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177"/>
        <w:gridCol w:w="2409"/>
        <w:gridCol w:w="3212"/>
      </w:tblGrid>
      <w:tr w:rsidR="003E6CBC" w14:paraId="082A3412" w14:textId="77777777" w:rsidTr="00B203EB">
        <w:trPr>
          <w:cantSplit/>
          <w:trHeight w:val="510"/>
        </w:trPr>
        <w:tc>
          <w:tcPr>
            <w:tcW w:w="1838" w:type="dxa"/>
            <w:vMerge w:val="restart"/>
            <w:vAlign w:val="center"/>
          </w:tcPr>
          <w:p w14:paraId="1F15F087" w14:textId="77777777" w:rsidR="003E6CBC" w:rsidRDefault="003E6CBC" w:rsidP="00B203EB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63610598" wp14:editId="1C20967A">
                  <wp:extent cx="1036320" cy="1036320"/>
                  <wp:effectExtent l="0" t="0" r="0" b="0"/>
                  <wp:docPr id="2116577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8" w:type="dxa"/>
            <w:gridSpan w:val="3"/>
            <w:shd w:val="clear" w:color="auto" w:fill="F0F0F0"/>
          </w:tcPr>
          <w:p w14:paraId="27B93B71" w14:textId="77777777" w:rsidR="003E6CBC" w:rsidRPr="00ED0C8F" w:rsidRDefault="003E6CBC" w:rsidP="00B203EB">
            <w:pPr>
              <w:keepNext/>
              <w:rPr>
                <w:sz w:val="24"/>
                <w:szCs w:val="24"/>
              </w:rPr>
            </w:pPr>
            <w:proofErr w:type="spellStart"/>
            <w:r w:rsidRPr="00ED0C8F">
              <w:rPr>
                <w:b/>
                <w:color w:val="0D5F78"/>
                <w:sz w:val="24"/>
                <w:szCs w:val="24"/>
              </w:rPr>
              <w:t>Județul</w:t>
            </w:r>
            <w:proofErr w:type="spellEnd"/>
            <w:r w:rsidRPr="00ED0C8F">
              <w:rPr>
                <w:b/>
                <w:color w:val="0D5F78"/>
                <w:sz w:val="24"/>
                <w:szCs w:val="24"/>
              </w:rPr>
              <w:t xml:space="preserve"> Satu Mare</w:t>
            </w:r>
          </w:p>
        </w:tc>
      </w:tr>
      <w:tr w:rsidR="003E6CBC" w:rsidRPr="00B5567D" w14:paraId="136278B7" w14:textId="77777777" w:rsidTr="00B203EB">
        <w:trPr>
          <w:cantSplit/>
          <w:trHeight w:val="510"/>
        </w:trPr>
        <w:tc>
          <w:tcPr>
            <w:tcW w:w="1838" w:type="dxa"/>
            <w:vMerge/>
          </w:tcPr>
          <w:p w14:paraId="561C5E18" w14:textId="77777777" w:rsidR="003E6CBC" w:rsidRDefault="003E6CBC" w:rsidP="00B203EB"/>
        </w:tc>
        <w:tc>
          <w:tcPr>
            <w:tcW w:w="7798" w:type="dxa"/>
            <w:gridSpan w:val="3"/>
            <w:shd w:val="clear" w:color="auto" w:fill="F0F0F0"/>
          </w:tcPr>
          <w:p w14:paraId="1952AA78" w14:textId="77777777" w:rsidR="003E6CBC" w:rsidRPr="00ED0C8F" w:rsidRDefault="003E6CBC" w:rsidP="00B203EB">
            <w:pPr>
              <w:keepNext/>
              <w:rPr>
                <w:sz w:val="22"/>
                <w:lang w:val="fr-FR"/>
              </w:rPr>
            </w:pP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Inspectoratul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de Stat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în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Construcții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–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Inspectoratul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Teritorial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în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Construcții</w:t>
            </w:r>
            <w:proofErr w:type="spellEnd"/>
          </w:p>
        </w:tc>
      </w:tr>
      <w:tr w:rsidR="003E6CBC" w:rsidRPr="00342559" w14:paraId="5F828333" w14:textId="77777777" w:rsidTr="00B203EB">
        <w:trPr>
          <w:cantSplit/>
          <w:trHeight w:val="510"/>
        </w:trPr>
        <w:tc>
          <w:tcPr>
            <w:tcW w:w="1838" w:type="dxa"/>
            <w:vMerge/>
          </w:tcPr>
          <w:p w14:paraId="43BDC405" w14:textId="77777777" w:rsidR="003E6CBC" w:rsidRPr="00B5567D" w:rsidRDefault="003E6CBC" w:rsidP="00B203EB">
            <w:pPr>
              <w:rPr>
                <w:lang w:val="fr-FR"/>
              </w:rPr>
            </w:pPr>
          </w:p>
        </w:tc>
        <w:tc>
          <w:tcPr>
            <w:tcW w:w="2177" w:type="dxa"/>
            <w:shd w:val="clear" w:color="auto" w:fill="F0F0F0"/>
          </w:tcPr>
          <w:p w14:paraId="6215CEDA" w14:textId="77777777" w:rsidR="003E6CBC" w:rsidRPr="00342559" w:rsidRDefault="003E6CBC" w:rsidP="00B203EB">
            <w:pPr>
              <w:keepNext/>
              <w:rPr>
                <w:sz w:val="20"/>
                <w:szCs w:val="20"/>
                <w:lang w:val="fr-FR"/>
              </w:rPr>
            </w:pPr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 xml:space="preserve">Cod de </w:t>
            </w:r>
            <w:proofErr w:type="spellStart"/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>identificare</w:t>
            </w:r>
            <w:proofErr w:type="spellEnd"/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>fiscală</w:t>
            </w:r>
            <w:proofErr w:type="spellEnd"/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 xml:space="preserve"> (CIF)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9AD75A1" w14:textId="77777777" w:rsidR="003E6CBC" w:rsidRPr="00342559" w:rsidRDefault="003E6CBC" w:rsidP="00B203EB">
            <w:pPr>
              <w:keepNext/>
              <w:rPr>
                <w:sz w:val="20"/>
                <w:szCs w:val="20"/>
                <w:lang w:val="de-DE"/>
              </w:rPr>
            </w:pPr>
            <w:r w:rsidRPr="00342559">
              <w:rPr>
                <w:b/>
                <w:color w:val="0D5F78"/>
                <w:sz w:val="20"/>
                <w:szCs w:val="20"/>
                <w:lang w:val="de-DE"/>
              </w:rPr>
              <w:t>Adresa oficială</w:t>
            </w:r>
          </w:p>
          <w:p w14:paraId="0E86AC09" w14:textId="77777777" w:rsidR="003E6CBC" w:rsidRPr="00342559" w:rsidRDefault="003E6CBC" w:rsidP="00B203EB">
            <w:pPr>
              <w:keepNext/>
              <w:rPr>
                <w:sz w:val="20"/>
                <w:szCs w:val="20"/>
                <w:lang w:val="de-DE"/>
              </w:rPr>
            </w:pPr>
            <w:r w:rsidRPr="00342559">
              <w:rPr>
                <w:i/>
                <w:color w:val="7A7A7A"/>
                <w:sz w:val="20"/>
                <w:szCs w:val="20"/>
                <w:lang w:val="de-DE"/>
              </w:rPr>
              <w:t>sediul · telefon · e-mail</w:t>
            </w:r>
          </w:p>
        </w:tc>
      </w:tr>
      <w:tr w:rsidR="003E6CBC" w:rsidRPr="00ED0C8F" w14:paraId="39E90778" w14:textId="77777777" w:rsidTr="00B203EB">
        <w:trPr>
          <w:cantSplit/>
          <w:trHeight w:val="510"/>
        </w:trPr>
        <w:tc>
          <w:tcPr>
            <w:tcW w:w="1838" w:type="dxa"/>
            <w:vMerge/>
          </w:tcPr>
          <w:p w14:paraId="2CF022A1" w14:textId="77777777" w:rsidR="003E6CBC" w:rsidRPr="00B5567D" w:rsidRDefault="003E6CBC" w:rsidP="00B203EB">
            <w:pPr>
              <w:rPr>
                <w:lang w:val="fr-FR"/>
              </w:rPr>
            </w:pPr>
          </w:p>
        </w:tc>
        <w:tc>
          <w:tcPr>
            <w:tcW w:w="2177" w:type="dxa"/>
            <w:shd w:val="clear" w:color="auto" w:fill="F0F0F0"/>
          </w:tcPr>
          <w:p w14:paraId="136D51EF" w14:textId="77777777" w:rsidR="003E6CBC" w:rsidRPr="00ED0C8F" w:rsidRDefault="003E6CBC" w:rsidP="00B203EB">
            <w:pPr>
              <w:keepNext/>
              <w:rPr>
                <w:b/>
                <w:color w:val="0D5F78"/>
                <w:sz w:val="22"/>
                <w:lang w:val="fr-FR"/>
              </w:rPr>
            </w:pPr>
            <w:r w:rsidRPr="00ED0C8F">
              <w:rPr>
                <w:b/>
                <w:color w:val="0D5F78"/>
                <w:sz w:val="22"/>
                <w:lang w:val="fr-FR"/>
              </w:rPr>
              <w:t>3963870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3ECF053" w14:textId="77777777" w:rsidR="003E6CBC" w:rsidRPr="00ED0C8F" w:rsidRDefault="003E6CBC" w:rsidP="00B203EB">
            <w:pPr>
              <w:keepNext/>
              <w:rPr>
                <w:b/>
                <w:color w:val="0D5F78"/>
                <w:sz w:val="22"/>
              </w:rPr>
            </w:pPr>
            <w:r w:rsidRPr="00ED0C8F">
              <w:rPr>
                <w:b/>
                <w:color w:val="0D5F78"/>
                <w:sz w:val="22"/>
              </w:rPr>
              <w:t xml:space="preserve">Satu Mare, Str. </w:t>
            </w:r>
            <w:proofErr w:type="spellStart"/>
            <w:r w:rsidRPr="00ED0C8F">
              <w:rPr>
                <w:b/>
                <w:color w:val="0D5F78"/>
                <w:sz w:val="22"/>
              </w:rPr>
              <w:t>Rândunelelor</w:t>
            </w:r>
            <w:proofErr w:type="spellEnd"/>
            <w:r w:rsidRPr="00ED0C8F">
              <w:rPr>
                <w:b/>
                <w:color w:val="0D5F78"/>
                <w:sz w:val="22"/>
              </w:rPr>
              <w:t xml:space="preserve">, nr. 20/A, </w:t>
            </w:r>
          </w:p>
          <w:p w14:paraId="13CC8A54" w14:textId="77777777" w:rsidR="003E6CBC" w:rsidRPr="00ED0C8F" w:rsidRDefault="003E6CBC" w:rsidP="00B203EB">
            <w:pPr>
              <w:keepNext/>
              <w:rPr>
                <w:b/>
                <w:color w:val="0D5F78"/>
                <w:sz w:val="22"/>
                <w:lang w:val="de-DE"/>
              </w:rPr>
            </w:pPr>
            <w:r w:rsidRPr="00ED0C8F">
              <w:rPr>
                <w:b/>
                <w:color w:val="0D5F78"/>
                <w:sz w:val="22"/>
                <w:lang w:val="de-DE"/>
              </w:rPr>
              <w:t>Telefon: 0261-7120-256, 0261-710-085</w:t>
            </w:r>
          </w:p>
          <w:p w14:paraId="28E37AC1" w14:textId="77777777" w:rsidR="003E6CBC" w:rsidRPr="00ED0C8F" w:rsidRDefault="003E6CBC" w:rsidP="00B203EB">
            <w:pPr>
              <w:keepNext/>
              <w:rPr>
                <w:b/>
                <w:color w:val="0D5F78"/>
                <w:sz w:val="20"/>
                <w:szCs w:val="20"/>
                <w:lang w:val="de-DE"/>
              </w:rPr>
            </w:pPr>
            <w:r w:rsidRPr="00ED0C8F">
              <w:rPr>
                <w:b/>
                <w:color w:val="0D5F78"/>
                <w:sz w:val="22"/>
                <w:lang w:val="de-DE"/>
              </w:rPr>
              <w:t>E-mail: satu-mare@isc.gov.ro</w:t>
            </w:r>
          </w:p>
        </w:tc>
      </w:tr>
      <w:tr w:rsidR="003E6CBC" w14:paraId="52FE5CF7" w14:textId="77777777" w:rsidTr="00B203EB">
        <w:trPr>
          <w:cantSplit/>
          <w:trHeight w:val="510"/>
        </w:trPr>
        <w:tc>
          <w:tcPr>
            <w:tcW w:w="1838" w:type="dxa"/>
            <w:vMerge/>
          </w:tcPr>
          <w:p w14:paraId="3BD059C4" w14:textId="77777777" w:rsidR="003E6CBC" w:rsidRPr="00ED0C8F" w:rsidRDefault="003E6CBC" w:rsidP="00B203EB">
            <w:pPr>
              <w:rPr>
                <w:lang w:val="de-DE"/>
              </w:rPr>
            </w:pPr>
          </w:p>
        </w:tc>
        <w:tc>
          <w:tcPr>
            <w:tcW w:w="4586" w:type="dxa"/>
            <w:gridSpan w:val="2"/>
            <w:shd w:val="clear" w:color="auto" w:fill="F0F0F0"/>
          </w:tcPr>
          <w:p w14:paraId="43107F82" w14:textId="77777777" w:rsidR="003E6CBC" w:rsidRPr="00342559" w:rsidRDefault="003E6CBC" w:rsidP="00B203EB">
            <w:pPr>
              <w:keepNext/>
              <w:rPr>
                <w:sz w:val="20"/>
                <w:szCs w:val="20"/>
              </w:rPr>
            </w:pPr>
            <w:proofErr w:type="spellStart"/>
            <w:r w:rsidRPr="00342559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342559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342559">
              <w:rPr>
                <w:b/>
                <w:color w:val="0D5F78"/>
                <w:sz w:val="20"/>
                <w:szCs w:val="20"/>
              </w:rPr>
              <w:t>înregistrare</w:t>
            </w:r>
            <w:proofErr w:type="spellEnd"/>
          </w:p>
          <w:p w14:paraId="6AF866C1" w14:textId="77777777" w:rsidR="003E6CBC" w:rsidRPr="00342559" w:rsidRDefault="003E6CBC" w:rsidP="00B203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F0F0F0"/>
          </w:tcPr>
          <w:p w14:paraId="568AF3B9" w14:textId="77777777" w:rsidR="003E6CBC" w:rsidRPr="00342559" w:rsidRDefault="003E6CBC" w:rsidP="00B203EB">
            <w:pPr>
              <w:keepNext/>
              <w:rPr>
                <w:sz w:val="18"/>
                <w:szCs w:val="18"/>
              </w:rPr>
            </w:pPr>
            <w:r w:rsidRPr="00342559">
              <w:rPr>
                <w:b/>
                <w:color w:val="0D5F78"/>
                <w:sz w:val="18"/>
                <w:szCs w:val="18"/>
              </w:rPr>
              <w:t>Data</w:t>
            </w:r>
          </w:p>
          <w:p w14:paraId="2BB4D28E" w14:textId="77777777" w:rsidR="003E6CBC" w:rsidRPr="00342559" w:rsidRDefault="003E6CBC" w:rsidP="00B203EB">
            <w:pPr>
              <w:keepNext/>
              <w:rPr>
                <w:sz w:val="18"/>
                <w:szCs w:val="18"/>
              </w:rPr>
            </w:pPr>
          </w:p>
        </w:tc>
      </w:tr>
      <w:tr w:rsidR="003E6CBC" w:rsidRPr="00B5567D" w14:paraId="7923898E" w14:textId="77777777" w:rsidTr="00B203E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03413F3C" w14:textId="77777777" w:rsidR="003E6CBC" w:rsidRPr="00E6757A" w:rsidRDefault="003E6CBC" w:rsidP="00B203EB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822D713" w14:textId="7411DE3F" w:rsidR="0014338B" w:rsidRPr="00143D03" w:rsidRDefault="00000000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Default="00000000" w:rsidP="00071E24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02C40D1C" w14:textId="77777777"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:rsidRPr="003E6CBC" w14:paraId="33522B72" w14:textId="77777777" w:rsidTr="003E6CBC">
        <w:trPr>
          <w:cantSplit/>
          <w:trHeight w:hRule="exact" w:val="284"/>
        </w:trPr>
        <w:tc>
          <w:tcPr>
            <w:tcW w:w="9636" w:type="dxa"/>
            <w:shd w:val="clear" w:color="auto" w:fill="D9D9D9" w:themeFill="background1" w:themeFillShade="D9"/>
          </w:tcPr>
          <w:p w14:paraId="4E01BA3A" w14:textId="77777777" w:rsidR="0014338B" w:rsidRPr="003E6CBC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3E6CBC">
              <w:rPr>
                <w:b/>
                <w:color w:val="365F91" w:themeColor="accent1" w:themeShade="BF"/>
                <w:sz w:val="20"/>
                <w:szCs w:val="20"/>
              </w:rPr>
              <w:t xml:space="preserve"> 1. CĂTRE</w:t>
            </w:r>
          </w:p>
        </w:tc>
      </w:tr>
      <w:tr w:rsidR="0014338B" w:rsidRPr="003E6CBC" w14:paraId="7F85BD73" w14:textId="77777777">
        <w:trPr>
          <w:cantSplit/>
          <w:trHeight w:val="510"/>
        </w:trPr>
        <w:tc>
          <w:tcPr>
            <w:tcW w:w="9636" w:type="dxa"/>
          </w:tcPr>
          <w:p w14:paraId="799C0E33" w14:textId="77777777" w:rsidR="003E6CBC" w:rsidRDefault="003E6CBC" w:rsidP="003E6CBC">
            <w:pPr>
              <w:keepNext/>
              <w:rPr>
                <w:b/>
                <w:bCs/>
                <w:color w:val="365F91" w:themeColor="accent1" w:themeShade="BF"/>
                <w:sz w:val="20"/>
                <w:szCs w:val="20"/>
                <w:lang w:val="ro-RO"/>
              </w:rPr>
            </w:pPr>
          </w:p>
          <w:p w14:paraId="56E7FDA2" w14:textId="5CFD39B7" w:rsidR="003E6CBC" w:rsidRPr="003E6CBC" w:rsidRDefault="003E6CBC" w:rsidP="003E6CBC">
            <w:pPr>
              <w:keepNext/>
              <w:rPr>
                <w:b/>
                <w:bCs/>
                <w:color w:val="365F91" w:themeColor="accent1" w:themeShade="BF"/>
                <w:sz w:val="20"/>
                <w:szCs w:val="20"/>
                <w:lang w:val="ro-RO"/>
              </w:rPr>
            </w:pPr>
            <w:r w:rsidRPr="003E6CBC">
              <w:rPr>
                <w:b/>
                <w:bCs/>
                <w:color w:val="365F91" w:themeColor="accent1" w:themeShade="BF"/>
                <w:sz w:val="20"/>
                <w:szCs w:val="20"/>
                <w:lang w:val="ro-RO"/>
              </w:rPr>
              <w:t>INSPECTORATUL JUDEȚEAN ÎN CONSTRUCȚII SATU MARE</w:t>
            </w:r>
          </w:p>
          <w:p w14:paraId="3D3D9B90" w14:textId="77777777" w:rsidR="0014338B" w:rsidRPr="003E6CBC" w:rsidRDefault="0014338B" w:rsidP="00895605">
            <w:pPr>
              <w:keepNext/>
              <w:rPr>
                <w:sz w:val="20"/>
                <w:szCs w:val="20"/>
                <w:lang w:val="ro-RO"/>
              </w:rPr>
            </w:pPr>
          </w:p>
        </w:tc>
      </w:tr>
      <w:tr w:rsidR="0014338B" w:rsidRPr="00895605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89560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Construcții</w:t>
            </w:r>
            <w:proofErr w:type="spellEnd"/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:rsidRPr="003E6CBC" w14:paraId="42C86224" w14:textId="77777777" w:rsidTr="003E6CBC">
        <w:trPr>
          <w:cantSplit/>
          <w:trHeight w:hRule="exact" w:val="284"/>
        </w:trPr>
        <w:tc>
          <w:tcPr>
            <w:tcW w:w="9636" w:type="dxa"/>
            <w:gridSpan w:val="8"/>
            <w:shd w:val="clear" w:color="auto" w:fill="D9D9D9" w:themeFill="background1" w:themeFillShade="D9"/>
          </w:tcPr>
          <w:p w14:paraId="630E9DCB" w14:textId="77777777" w:rsidR="0014338B" w:rsidRPr="003E6CBC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3E6CBC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</w:t>
            </w:r>
            <w:r w:rsidRPr="003E6CBC">
              <w:rPr>
                <w:b/>
                <w:color w:val="365F91" w:themeColor="accent1" w:themeShade="BF"/>
                <w:sz w:val="20"/>
                <w:szCs w:val="20"/>
              </w:rPr>
              <w:t>2. 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D2F41D" w14:textId="77777777"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14:paraId="4BEBB974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366478" w14:textId="77777777" w:rsidR="0014338B" w:rsidRDefault="0014338B">
            <w:pPr>
              <w:keepNext/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9F3BFF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3DCDA6F7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8B18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14:paraId="144A71C9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6FBF7A0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B57732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4E9FB62" w14:textId="77777777" w:rsidR="0014338B" w:rsidRDefault="0014338B">
            <w:pPr>
              <w:keepNext/>
            </w:pP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C93511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14:paraId="10058633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EFA0EC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1A1576E8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47F65DE" w14:textId="77777777" w:rsidR="0014338B" w:rsidRDefault="0014338B">
            <w:pPr>
              <w:keepNext/>
            </w:pPr>
          </w:p>
        </w:tc>
      </w:tr>
      <w:tr w:rsidR="0014338B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3A6D3FC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21F406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3F7197F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5999E1B2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F744B3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769037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7E8764F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3979E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562E9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4B06B0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F05971E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14835BFA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E6C45E3" w14:textId="77777777" w:rsidR="0014338B" w:rsidRDefault="0014338B">
            <w:pPr>
              <w:keepNext/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264B8A5" w14:textId="77777777" w:rsidR="0014338B" w:rsidRDefault="0014338B"/>
        </w:tc>
        <w:tc>
          <w:tcPr>
            <w:tcW w:w="5621" w:type="dxa"/>
            <w:gridSpan w:val="5"/>
          </w:tcPr>
          <w:p w14:paraId="1D0C7A9E" w14:textId="77777777" w:rsidR="0014338B" w:rsidRDefault="00000000">
            <w:r>
              <w:rPr>
                <w:b/>
                <w:color w:val="0D5F78"/>
              </w:rPr>
              <w:t>E-mail</w:t>
            </w:r>
          </w:p>
          <w:p w14:paraId="02C8CFCD" w14:textId="77777777" w:rsidR="0014338B" w:rsidRDefault="0014338B"/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3E6CBC" w14:paraId="741DAC4D" w14:textId="77777777" w:rsidTr="003E6CBC">
        <w:trPr>
          <w:cantSplit/>
          <w:trHeight w:hRule="exact" w:val="284"/>
        </w:trPr>
        <w:tc>
          <w:tcPr>
            <w:tcW w:w="9636" w:type="dxa"/>
            <w:gridSpan w:val="3"/>
            <w:shd w:val="clear" w:color="auto" w:fill="D9D9D9" w:themeFill="background1" w:themeFillShade="D9"/>
          </w:tcPr>
          <w:p w14:paraId="1788BF40" w14:textId="77777777" w:rsidR="0014338B" w:rsidRPr="003E6CBC" w:rsidRDefault="00000000">
            <w:pPr>
              <w:keepNext/>
              <w:rPr>
                <w:color w:val="365F91" w:themeColor="accent1" w:themeShade="BF"/>
                <w:sz w:val="20"/>
                <w:szCs w:val="20"/>
                <w:lang w:val="fr-FR"/>
              </w:rPr>
            </w:pPr>
            <w:r w:rsidRPr="003E6CBC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3. 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AF06A10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7421DC4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20B6794" w14:textId="77777777" w:rsidR="0014338B" w:rsidRDefault="0014338B">
            <w:pPr>
              <w:keepNext/>
            </w:pPr>
          </w:p>
        </w:tc>
        <w:tc>
          <w:tcPr>
            <w:tcW w:w="5621" w:type="dxa"/>
          </w:tcPr>
          <w:p w14:paraId="1A917B00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A28677F" w14:textId="77777777" w:rsidR="0014338B" w:rsidRDefault="0014338B">
            <w:pPr>
              <w:keepNext/>
            </w:pP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3E6CBC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143D03" w:rsidRDefault="00000000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și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proofErr w:type="gramStart"/>
            <w:r w:rsidRPr="00895605">
              <w:rPr>
                <w:b/>
                <w:color w:val="0D5F78"/>
                <w:lang w:val="fr-FR"/>
              </w:rPr>
              <w:t>autorizație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  <w:proofErr w:type="gramEnd"/>
          </w:p>
          <w:p w14:paraId="2333CCC8" w14:textId="6374BABA"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077902E5" w14:textId="6A151C82"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14:paraId="122CE097" w14:textId="77777777"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143D03" w:rsidRDefault="00000000" w:rsidP="00C25235">
            <w:pPr>
              <w:rPr>
                <w:lang w:val="fr-FR"/>
              </w:rPr>
            </w:pPr>
            <w:proofErr w:type="spellStart"/>
            <w:proofErr w:type="gram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proofErr w:type="gram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14:paraId="1741C79C" w14:textId="3F63FC74"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143D03" w:rsidRDefault="00000000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14:paraId="2FE17F8E" w14:textId="77777777"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:rsidRPr="003E6CBC" w14:paraId="4528D0EA" w14:textId="77777777" w:rsidTr="003E6CBC">
        <w:trPr>
          <w:cantSplit/>
          <w:trHeight w:val="924"/>
        </w:trPr>
        <w:tc>
          <w:tcPr>
            <w:tcW w:w="2409" w:type="dxa"/>
          </w:tcPr>
          <w:p w14:paraId="78E74A7E" w14:textId="77777777" w:rsidR="0014338B" w:rsidRPr="003E6CBC" w:rsidRDefault="00000000">
            <w:pPr>
              <w:rPr>
                <w:sz w:val="18"/>
                <w:szCs w:val="18"/>
              </w:rPr>
            </w:pPr>
            <w:proofErr w:type="spellStart"/>
            <w:r w:rsidRPr="003E6CBC">
              <w:rPr>
                <w:b/>
                <w:color w:val="0D5F78"/>
                <w:sz w:val="18"/>
                <w:szCs w:val="18"/>
              </w:rPr>
              <w:t>Că</w:t>
            </w:r>
            <w:proofErr w:type="spellEnd"/>
            <w:r w:rsidRPr="003E6CBC">
              <w:rPr>
                <w:b/>
                <w:color w:val="0D5F78"/>
                <w:sz w:val="18"/>
                <w:szCs w:val="18"/>
              </w:rPr>
              <w:t xml:space="preserve"> la data de</w:t>
            </w:r>
          </w:p>
          <w:p w14:paraId="5C21B0CB" w14:textId="77777777" w:rsidR="0014338B" w:rsidRPr="003E6CBC" w:rsidRDefault="0014338B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138840AD" w14:textId="77777777" w:rsidR="0014338B" w:rsidRPr="003E6CBC" w:rsidRDefault="00000000">
            <w:pPr>
              <w:rPr>
                <w:sz w:val="18"/>
                <w:szCs w:val="18"/>
              </w:rPr>
            </w:pPr>
            <w:r w:rsidRPr="003E6CBC">
              <w:rPr>
                <w:b/>
                <w:color w:val="0D5F78"/>
                <w:sz w:val="18"/>
                <w:szCs w:val="18"/>
              </w:rPr>
              <w:t>ora</w:t>
            </w:r>
          </w:p>
          <w:p w14:paraId="6D25FA05" w14:textId="77777777" w:rsidR="0014338B" w:rsidRPr="003E6CBC" w:rsidRDefault="0014338B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</w:tcPr>
          <w:p w14:paraId="64F59577" w14:textId="77777777" w:rsidR="0014338B" w:rsidRPr="003E6CBC" w:rsidRDefault="00000000">
            <w:pPr>
              <w:rPr>
                <w:sz w:val="18"/>
                <w:szCs w:val="18"/>
                <w:lang w:val="fr-FR"/>
              </w:rPr>
            </w:pPr>
            <w:proofErr w:type="gramStart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>au</w:t>
            </w:r>
            <w:proofErr w:type="gramEnd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>fost</w:t>
            </w:r>
            <w:proofErr w:type="spellEnd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>finalizate</w:t>
            </w:r>
            <w:proofErr w:type="spellEnd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>lucrările</w:t>
            </w:r>
            <w:proofErr w:type="spellEnd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>construcții</w:t>
            </w:r>
            <w:proofErr w:type="spellEnd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E6CBC">
              <w:rPr>
                <w:b/>
                <w:color w:val="0D5F78"/>
                <w:sz w:val="18"/>
                <w:szCs w:val="18"/>
                <w:lang w:val="fr-FR"/>
              </w:rPr>
              <w:t>autorizate</w:t>
            </w:r>
            <w:proofErr w:type="spellEnd"/>
          </w:p>
          <w:p w14:paraId="3C73D59D" w14:textId="77777777" w:rsidR="0014338B" w:rsidRPr="003E6CBC" w:rsidRDefault="00000000">
            <w:pPr>
              <w:rPr>
                <w:sz w:val="18"/>
                <w:szCs w:val="18"/>
              </w:rPr>
            </w:pPr>
            <w:proofErr w:type="spellStart"/>
            <w:r w:rsidRPr="003E6CBC">
              <w:rPr>
                <w:i/>
                <w:color w:val="7A7A7A"/>
                <w:sz w:val="18"/>
                <w:szCs w:val="18"/>
              </w:rPr>
              <w:t>pentru</w:t>
            </w:r>
            <w:proofErr w:type="spellEnd"/>
            <w:r w:rsidRPr="003E6CBC">
              <w:rPr>
                <w:i/>
                <w:color w:val="7A7A7A"/>
                <w:sz w:val="18"/>
                <w:szCs w:val="18"/>
              </w:rPr>
              <w:t xml:space="preserve"> </w:t>
            </w:r>
            <w:proofErr w:type="spellStart"/>
            <w:r w:rsidRPr="003E6CBC">
              <w:rPr>
                <w:i/>
                <w:color w:val="7A7A7A"/>
                <w:sz w:val="18"/>
                <w:szCs w:val="18"/>
              </w:rPr>
              <w:t>imobilul</w:t>
            </w:r>
            <w:proofErr w:type="spellEnd"/>
            <w:r w:rsidRPr="003E6CBC">
              <w:rPr>
                <w:i/>
                <w:color w:val="7A7A7A"/>
                <w:sz w:val="18"/>
                <w:szCs w:val="18"/>
              </w:rPr>
              <w:t xml:space="preserve"> de </w:t>
            </w:r>
            <w:proofErr w:type="spellStart"/>
            <w:r w:rsidRPr="003E6CBC">
              <w:rPr>
                <w:i/>
                <w:color w:val="7A7A7A"/>
                <w:sz w:val="18"/>
                <w:szCs w:val="18"/>
              </w:rPr>
              <w:t>mai</w:t>
            </w:r>
            <w:proofErr w:type="spellEnd"/>
            <w:r w:rsidRPr="003E6CBC">
              <w:rPr>
                <w:i/>
                <w:color w:val="7A7A7A"/>
                <w:sz w:val="18"/>
                <w:szCs w:val="18"/>
              </w:rPr>
              <w:t xml:space="preserve"> </w:t>
            </w:r>
            <w:proofErr w:type="spellStart"/>
            <w:r w:rsidRPr="003E6CBC">
              <w:rPr>
                <w:i/>
                <w:color w:val="7A7A7A"/>
                <w:sz w:val="18"/>
                <w:szCs w:val="18"/>
              </w:rPr>
              <w:t>jos</w:t>
            </w:r>
            <w:proofErr w:type="spellEnd"/>
          </w:p>
          <w:p w14:paraId="42D6CAA4" w14:textId="77777777" w:rsidR="0014338B" w:rsidRPr="003E6CBC" w:rsidRDefault="0014338B">
            <w:pPr>
              <w:rPr>
                <w:sz w:val="18"/>
                <w:szCs w:val="18"/>
              </w:rPr>
            </w:pPr>
          </w:p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:rsidRPr="003E6CBC" w14:paraId="4D2C24BF" w14:textId="77777777" w:rsidTr="003E6CBC">
        <w:trPr>
          <w:cantSplit/>
          <w:trHeight w:hRule="exact" w:val="284"/>
        </w:trPr>
        <w:tc>
          <w:tcPr>
            <w:tcW w:w="9636" w:type="dxa"/>
            <w:gridSpan w:val="6"/>
            <w:shd w:val="clear" w:color="auto" w:fill="D9D9D9" w:themeFill="background1" w:themeFillShade="D9"/>
          </w:tcPr>
          <w:p w14:paraId="3956ACB3" w14:textId="77777777" w:rsidR="0014338B" w:rsidRPr="003E6CBC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3E6CBC">
              <w:rPr>
                <w:b/>
                <w:color w:val="365F91" w:themeColor="accent1" w:themeShade="BF"/>
                <w:sz w:val="20"/>
                <w:szCs w:val="20"/>
              </w:rPr>
              <w:lastRenderedPageBreak/>
              <w:t xml:space="preserve"> 4. IMOBILUL</w:t>
            </w:r>
          </w:p>
        </w:tc>
      </w:tr>
      <w:tr w:rsidR="0014338B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:rsidRPr="00984E62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Pr="00984E62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984E62">
              <w:rPr>
                <w:b/>
                <w:color w:val="0D5F78"/>
                <w:sz w:val="18"/>
                <w:szCs w:val="18"/>
              </w:rPr>
              <w:t>Județ</w:t>
            </w:r>
            <w:proofErr w:type="spellEnd"/>
          </w:p>
          <w:p w14:paraId="5404B8A5" w14:textId="77777777" w:rsidR="0014338B" w:rsidRPr="00984E62" w:rsidRDefault="0014338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542C72AC" w14:textId="77777777" w:rsidR="0014338B" w:rsidRPr="00984E62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984E62">
              <w:rPr>
                <w:b/>
                <w:color w:val="0D5F78"/>
                <w:sz w:val="18"/>
                <w:szCs w:val="18"/>
              </w:rPr>
              <w:t>Municipiu</w:t>
            </w:r>
            <w:proofErr w:type="spellEnd"/>
            <w:r w:rsidRPr="00984E62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984E62">
              <w:rPr>
                <w:b/>
                <w:color w:val="0D5F78"/>
                <w:sz w:val="18"/>
                <w:szCs w:val="18"/>
              </w:rPr>
              <w:t>oraș</w:t>
            </w:r>
            <w:proofErr w:type="spellEnd"/>
            <w:r w:rsidRPr="00984E62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984E62">
              <w:rPr>
                <w:b/>
                <w:color w:val="0D5F78"/>
                <w:sz w:val="18"/>
                <w:szCs w:val="18"/>
              </w:rPr>
              <w:t>comună</w:t>
            </w:r>
            <w:proofErr w:type="spellEnd"/>
          </w:p>
          <w:p w14:paraId="48381D6E" w14:textId="77777777" w:rsidR="0014338B" w:rsidRPr="00984E62" w:rsidRDefault="0014338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2BCDE2D9" w14:textId="77777777" w:rsidR="0014338B" w:rsidRPr="00984E62" w:rsidRDefault="00000000">
            <w:pPr>
              <w:keepNext/>
              <w:rPr>
                <w:sz w:val="18"/>
                <w:szCs w:val="18"/>
              </w:rPr>
            </w:pPr>
            <w:r w:rsidRPr="00984E62">
              <w:rPr>
                <w:b/>
                <w:color w:val="0D5F78"/>
                <w:sz w:val="18"/>
                <w:szCs w:val="18"/>
              </w:rPr>
              <w:t>Sat / sector</w:t>
            </w:r>
          </w:p>
          <w:p w14:paraId="1484692A" w14:textId="77777777" w:rsidR="0014338B" w:rsidRPr="00984E62" w:rsidRDefault="0014338B">
            <w:pPr>
              <w:keepNext/>
              <w:rPr>
                <w:sz w:val="18"/>
                <w:szCs w:val="18"/>
              </w:rPr>
            </w:pPr>
          </w:p>
        </w:tc>
      </w:tr>
      <w:tr w:rsidR="0014338B" w:rsidRPr="00984E62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Pr="00984E62" w:rsidRDefault="00000000">
            <w:pPr>
              <w:keepNext/>
              <w:rPr>
                <w:sz w:val="18"/>
                <w:szCs w:val="18"/>
              </w:rPr>
            </w:pPr>
            <w:r w:rsidRPr="00984E62">
              <w:rPr>
                <w:b/>
                <w:color w:val="0D5F78"/>
                <w:sz w:val="18"/>
                <w:szCs w:val="18"/>
              </w:rPr>
              <w:t xml:space="preserve">Cod </w:t>
            </w:r>
            <w:proofErr w:type="spellStart"/>
            <w:r w:rsidRPr="00984E62">
              <w:rPr>
                <w:b/>
                <w:color w:val="0D5F78"/>
                <w:sz w:val="18"/>
                <w:szCs w:val="18"/>
              </w:rPr>
              <w:t>poștal</w:t>
            </w:r>
            <w:proofErr w:type="spellEnd"/>
          </w:p>
          <w:p w14:paraId="16191CFD" w14:textId="77777777" w:rsidR="0014338B" w:rsidRPr="00984E62" w:rsidRDefault="0014338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5C79E1D0" w14:textId="77777777" w:rsidR="0014338B" w:rsidRPr="00984E62" w:rsidRDefault="00000000">
            <w:pPr>
              <w:keepNext/>
              <w:rPr>
                <w:sz w:val="18"/>
                <w:szCs w:val="18"/>
              </w:rPr>
            </w:pPr>
            <w:r w:rsidRPr="00984E62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4AD8C27A" w14:textId="77777777" w:rsidR="0014338B" w:rsidRPr="00984E62" w:rsidRDefault="0014338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8A99AF5" w14:textId="77777777" w:rsidR="0014338B" w:rsidRPr="00984E62" w:rsidRDefault="00000000">
            <w:pPr>
              <w:keepNext/>
              <w:rPr>
                <w:sz w:val="18"/>
                <w:szCs w:val="18"/>
              </w:rPr>
            </w:pPr>
            <w:r w:rsidRPr="00984E62">
              <w:rPr>
                <w:b/>
                <w:color w:val="0D5F78"/>
                <w:sz w:val="18"/>
                <w:szCs w:val="18"/>
              </w:rPr>
              <w:t>Nr.</w:t>
            </w:r>
          </w:p>
          <w:p w14:paraId="1DAAA4A3" w14:textId="77777777" w:rsidR="0014338B" w:rsidRPr="00984E62" w:rsidRDefault="0014338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367ACFF7" w14:textId="77777777" w:rsidR="0014338B" w:rsidRPr="00984E62" w:rsidRDefault="00000000">
            <w:pPr>
              <w:keepNext/>
              <w:rPr>
                <w:sz w:val="18"/>
                <w:szCs w:val="18"/>
              </w:rPr>
            </w:pPr>
            <w:r w:rsidRPr="00984E62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20890CE6" w14:textId="77777777" w:rsidR="0014338B" w:rsidRPr="00984E62" w:rsidRDefault="0014338B">
            <w:pPr>
              <w:keepNext/>
              <w:rPr>
                <w:sz w:val="18"/>
                <w:szCs w:val="18"/>
              </w:rPr>
            </w:pPr>
          </w:p>
        </w:tc>
      </w:tr>
      <w:tr w:rsidR="0014338B" w:rsidRPr="00984E62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984E62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984E62">
              <w:rPr>
                <w:b/>
                <w:color w:val="0D5F78"/>
                <w:sz w:val="18"/>
                <w:szCs w:val="18"/>
                <w:lang w:val="fr-FR"/>
              </w:rPr>
              <w:t>Număr</w:t>
            </w:r>
            <w:proofErr w:type="spellEnd"/>
            <w:r w:rsidRPr="00984E62">
              <w:rPr>
                <w:b/>
                <w:color w:val="0D5F78"/>
                <w:sz w:val="18"/>
                <w:szCs w:val="18"/>
                <w:lang w:val="fr-FR"/>
              </w:rPr>
              <w:t xml:space="preserve"> cadastral</w:t>
            </w:r>
          </w:p>
          <w:p w14:paraId="1C5C5AD1" w14:textId="39A27CD2" w:rsidR="0014338B" w:rsidRPr="00984E62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984E62">
              <w:rPr>
                <w:i/>
                <w:color w:val="7A7A7A"/>
                <w:sz w:val="18"/>
                <w:szCs w:val="18"/>
                <w:lang w:val="fr-FR"/>
              </w:rPr>
              <w:t>dacă</w:t>
            </w:r>
            <w:proofErr w:type="spellEnd"/>
            <w:proofErr w:type="gramEnd"/>
            <w:r w:rsidRPr="00984E62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84E62">
              <w:rPr>
                <w:i/>
                <w:color w:val="7A7A7A"/>
                <w:sz w:val="18"/>
                <w:szCs w:val="18"/>
                <w:lang w:val="fr-FR"/>
              </w:rPr>
              <w:t>imobilul</w:t>
            </w:r>
            <w:proofErr w:type="spellEnd"/>
            <w:r w:rsidRPr="00984E62">
              <w:rPr>
                <w:i/>
                <w:color w:val="7A7A7A"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984E62">
              <w:rPr>
                <w:i/>
                <w:color w:val="7A7A7A"/>
                <w:sz w:val="18"/>
                <w:szCs w:val="18"/>
                <w:lang w:val="fr-FR"/>
              </w:rPr>
              <w:t>înscris</w:t>
            </w:r>
            <w:proofErr w:type="spellEnd"/>
            <w:r w:rsidRPr="00984E62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84E62">
              <w:rPr>
                <w:i/>
                <w:color w:val="7A7A7A"/>
                <w:sz w:val="18"/>
                <w:szCs w:val="18"/>
                <w:lang w:val="fr-FR"/>
              </w:rPr>
              <w:t>în</w:t>
            </w:r>
            <w:proofErr w:type="spellEnd"/>
            <w:r w:rsidRPr="00984E62">
              <w:rPr>
                <w:i/>
                <w:color w:val="7A7A7A"/>
                <w:sz w:val="18"/>
                <w:szCs w:val="18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Pr="00984E62" w:rsidRDefault="00000000">
            <w:pPr>
              <w:keepNext/>
              <w:rPr>
                <w:sz w:val="18"/>
                <w:szCs w:val="18"/>
              </w:rPr>
            </w:pPr>
            <w:r w:rsidRPr="00984E62">
              <w:rPr>
                <w:b/>
                <w:color w:val="0D5F78"/>
                <w:sz w:val="18"/>
                <w:szCs w:val="18"/>
              </w:rPr>
              <w:t xml:space="preserve">Carte </w:t>
            </w:r>
            <w:proofErr w:type="spellStart"/>
            <w:r w:rsidRPr="00984E62">
              <w:rPr>
                <w:b/>
                <w:color w:val="0D5F78"/>
                <w:sz w:val="18"/>
                <w:szCs w:val="18"/>
              </w:rPr>
              <w:t>funciară</w:t>
            </w:r>
            <w:proofErr w:type="spellEnd"/>
            <w:r w:rsidRPr="00984E62">
              <w:rPr>
                <w:b/>
                <w:color w:val="0D5F78"/>
                <w:sz w:val="18"/>
                <w:szCs w:val="18"/>
              </w:rPr>
              <w:t xml:space="preserve"> nr.</w:t>
            </w:r>
          </w:p>
          <w:p w14:paraId="1B933EAE" w14:textId="77777777" w:rsidR="0014338B" w:rsidRPr="00984E62" w:rsidRDefault="0014338B">
            <w:pPr>
              <w:keepNext/>
              <w:rPr>
                <w:sz w:val="18"/>
                <w:szCs w:val="18"/>
              </w:rPr>
            </w:pPr>
          </w:p>
        </w:tc>
      </w:tr>
      <w:tr w:rsidR="0014338B" w:rsidRPr="00984E62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Pr="00984E62" w:rsidRDefault="00000000">
            <w:pPr>
              <w:rPr>
                <w:sz w:val="18"/>
                <w:szCs w:val="18"/>
              </w:rPr>
            </w:pPr>
            <w:r w:rsidRPr="00984E62">
              <w:rPr>
                <w:sz w:val="18"/>
                <w:szCs w:val="18"/>
              </w:rPr>
              <w:t xml:space="preserve"> ☐ extras de carte </w:t>
            </w:r>
            <w:proofErr w:type="spellStart"/>
            <w:r w:rsidRPr="00984E62">
              <w:rPr>
                <w:sz w:val="18"/>
                <w:szCs w:val="18"/>
              </w:rPr>
              <w:t>funciară</w:t>
            </w:r>
            <w:proofErr w:type="spellEnd"/>
            <w:r w:rsidRPr="00984E62">
              <w:rPr>
                <w:sz w:val="18"/>
                <w:szCs w:val="18"/>
              </w:rPr>
              <w:t xml:space="preserve"> </w:t>
            </w:r>
            <w:proofErr w:type="spellStart"/>
            <w:r w:rsidRPr="00984E62">
              <w:rPr>
                <w:sz w:val="18"/>
                <w:szCs w:val="18"/>
              </w:rPr>
              <w:t>actualizat</w:t>
            </w:r>
            <w:proofErr w:type="spellEnd"/>
            <w:r w:rsidRPr="00984E62">
              <w:rPr>
                <w:sz w:val="18"/>
                <w:szCs w:val="18"/>
              </w:rPr>
              <w:t xml:space="preserve">, </w:t>
            </w:r>
            <w:proofErr w:type="spellStart"/>
            <w:r w:rsidRPr="00984E62">
              <w:rPr>
                <w:sz w:val="18"/>
                <w:szCs w:val="18"/>
              </w:rPr>
              <w:t>anexat</w:t>
            </w:r>
            <w:proofErr w:type="spellEnd"/>
            <w:r w:rsidRPr="00984E62">
              <w:rPr>
                <w:sz w:val="18"/>
                <w:szCs w:val="18"/>
              </w:rPr>
              <w:t xml:space="preserve">     ☐ plan de </w:t>
            </w:r>
            <w:proofErr w:type="spellStart"/>
            <w:r w:rsidRPr="00984E62">
              <w:rPr>
                <w:sz w:val="18"/>
                <w:szCs w:val="18"/>
              </w:rPr>
              <w:t>încadrare</w:t>
            </w:r>
            <w:proofErr w:type="spellEnd"/>
            <w:r w:rsidRPr="00984E62">
              <w:rPr>
                <w:sz w:val="18"/>
                <w:szCs w:val="18"/>
              </w:rPr>
              <w:t xml:space="preserve"> </w:t>
            </w:r>
            <w:proofErr w:type="spellStart"/>
            <w:r w:rsidRPr="00984E62">
              <w:rPr>
                <w:sz w:val="18"/>
                <w:szCs w:val="18"/>
              </w:rPr>
              <w:t>în</w:t>
            </w:r>
            <w:proofErr w:type="spellEnd"/>
            <w:r w:rsidRPr="00984E62">
              <w:rPr>
                <w:sz w:val="18"/>
                <w:szCs w:val="18"/>
              </w:rPr>
              <w:t xml:space="preserve"> </w:t>
            </w:r>
            <w:proofErr w:type="spellStart"/>
            <w:r w:rsidRPr="00984E62">
              <w:rPr>
                <w:sz w:val="18"/>
                <w:szCs w:val="18"/>
              </w:rPr>
              <w:t>zonă</w:t>
            </w:r>
            <w:proofErr w:type="spellEnd"/>
            <w:r w:rsidRPr="00984E62">
              <w:rPr>
                <w:sz w:val="18"/>
                <w:szCs w:val="18"/>
              </w:rPr>
              <w:t xml:space="preserve"> </w:t>
            </w:r>
            <w:proofErr w:type="spellStart"/>
            <w:r w:rsidRPr="00984E62">
              <w:rPr>
                <w:sz w:val="18"/>
                <w:szCs w:val="18"/>
              </w:rPr>
              <w:t>în</w:t>
            </w:r>
            <w:proofErr w:type="spellEnd"/>
            <w:r w:rsidRPr="00984E62">
              <w:rPr>
                <w:sz w:val="18"/>
                <w:szCs w:val="18"/>
              </w:rPr>
              <w:t xml:space="preserve"> </w:t>
            </w:r>
            <w:proofErr w:type="spellStart"/>
            <w:r w:rsidRPr="00984E62">
              <w:rPr>
                <w:sz w:val="18"/>
                <w:szCs w:val="18"/>
              </w:rPr>
              <w:t>sistem</w:t>
            </w:r>
            <w:proofErr w:type="spellEnd"/>
            <w:r w:rsidRPr="00984E62">
              <w:rPr>
                <w:sz w:val="18"/>
                <w:szCs w:val="18"/>
              </w:rPr>
              <w:t xml:space="preserve"> Stereo 70, </w:t>
            </w:r>
            <w:proofErr w:type="spellStart"/>
            <w:r w:rsidRPr="00984E62">
              <w:rPr>
                <w:sz w:val="18"/>
                <w:szCs w:val="18"/>
              </w:rPr>
              <w:t>anexat</w:t>
            </w:r>
            <w:proofErr w:type="spellEnd"/>
          </w:p>
        </w:tc>
      </w:tr>
    </w:tbl>
    <w:p w14:paraId="143E293C" w14:textId="77777777"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E6CBC" w14:paraId="28EC0D9A" w14:textId="77777777" w:rsidTr="003E6CBC">
        <w:trPr>
          <w:cantSplit/>
          <w:trHeight w:hRule="exact" w:val="284"/>
        </w:trPr>
        <w:tc>
          <w:tcPr>
            <w:tcW w:w="9606" w:type="dxa"/>
            <w:shd w:val="clear" w:color="auto" w:fill="D9D9D9" w:themeFill="background1" w:themeFillShade="D9"/>
          </w:tcPr>
          <w:p w14:paraId="1A1168BE" w14:textId="77777777" w:rsidR="00365E65" w:rsidRPr="003E6CBC" w:rsidRDefault="00365E65" w:rsidP="003E6CBC">
            <w:pPr>
              <w:keepNext/>
              <w:rPr>
                <w:b/>
                <w:color w:val="365F91" w:themeColor="accent1" w:themeShade="BF"/>
                <w:sz w:val="20"/>
                <w:szCs w:val="20"/>
              </w:rPr>
            </w:pPr>
            <w:r w:rsidRPr="003E6CBC">
              <w:rPr>
                <w:b/>
                <w:color w:val="365F91" w:themeColor="accent1" w:themeShade="BF"/>
                <w:sz w:val="20"/>
                <w:szCs w:val="20"/>
              </w:rPr>
              <w:t>5. INȘTIINȚAREA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</w:t>
            </w:r>
            <w:proofErr w:type="spellStart"/>
            <w:r w:rsidR="00365E65">
              <w:rPr>
                <w:sz w:val="16"/>
              </w:rPr>
              <w:t>declar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că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înstiințarea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privind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începerea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execuției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lucrărilor</w:t>
            </w:r>
            <w:proofErr w:type="spellEnd"/>
            <w:r w:rsidR="00365E65">
              <w:rPr>
                <w:sz w:val="16"/>
              </w:rPr>
              <w:t xml:space="preserve"> nu a </w:t>
            </w:r>
            <w:proofErr w:type="spellStart"/>
            <w:r w:rsidR="00365E65">
              <w:rPr>
                <w:sz w:val="16"/>
              </w:rPr>
              <w:t>fost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depusă</w:t>
            </w:r>
            <w:proofErr w:type="spellEnd"/>
            <w:r w:rsidR="00365E65">
              <w:rPr>
                <w:sz w:val="16"/>
              </w:rPr>
              <w:t xml:space="preserve">.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E6CBC" w14:paraId="30FF229B" w14:textId="77777777" w:rsidTr="003E6CBC">
        <w:trPr>
          <w:cantSplit/>
          <w:trHeight w:val="284"/>
        </w:trPr>
        <w:tc>
          <w:tcPr>
            <w:tcW w:w="9606" w:type="dxa"/>
            <w:shd w:val="clear" w:color="auto" w:fill="D9D9D9" w:themeFill="background1" w:themeFillShade="D9"/>
          </w:tcPr>
          <w:p w14:paraId="544332C2" w14:textId="253C9B83" w:rsidR="00FC030E" w:rsidRPr="003E6CBC" w:rsidRDefault="00FC030E" w:rsidP="003E6CBC">
            <w:pPr>
              <w:keepNext/>
              <w:rPr>
                <w:b/>
                <w:color w:val="365F91" w:themeColor="accent1" w:themeShade="BF"/>
                <w:sz w:val="20"/>
                <w:szCs w:val="20"/>
              </w:rPr>
            </w:pPr>
            <w:r w:rsidRPr="003E6CBC">
              <w:rPr>
                <w:b/>
                <w:color w:val="365F91" w:themeColor="accent1" w:themeShade="BF"/>
                <w:sz w:val="20"/>
                <w:szCs w:val="20"/>
              </w:rPr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Default="00FC030E" w:rsidP="00FC030E">
            <w:pPr>
              <w:rPr>
                <w:b/>
                <w:color w:val="0D5F78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634ADAF5" w14:textId="77777777" w:rsidR="003E6CBC" w:rsidRPr="00C25235" w:rsidRDefault="003E6CBC" w:rsidP="00FC030E"/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conform  art.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:rsidRPr="00984E62" w14:paraId="0B827F66" w14:textId="77777777" w:rsidTr="003E6CBC">
        <w:trPr>
          <w:cantSplit/>
          <w:trHeight w:hRule="exact" w:val="284"/>
        </w:trPr>
        <w:tc>
          <w:tcPr>
            <w:tcW w:w="9636" w:type="dxa"/>
            <w:shd w:val="clear" w:color="auto" w:fill="D9D9D9" w:themeFill="background1" w:themeFillShade="D9"/>
          </w:tcPr>
          <w:p w14:paraId="2FC09E37" w14:textId="79A06479" w:rsidR="0014338B" w:rsidRPr="00984E62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984E62">
              <w:rPr>
                <w:b/>
                <w:color w:val="365F91" w:themeColor="accent1" w:themeShade="BF"/>
                <w:sz w:val="20"/>
                <w:szCs w:val="20"/>
              </w:rPr>
              <w:t xml:space="preserve"> </w:t>
            </w:r>
            <w:r w:rsidR="00FC030E" w:rsidRPr="00984E62">
              <w:rPr>
                <w:b/>
                <w:color w:val="365F91" w:themeColor="accent1" w:themeShade="BF"/>
                <w:sz w:val="20"/>
                <w:szCs w:val="20"/>
              </w:rPr>
              <w:t>7</w:t>
            </w:r>
            <w:r w:rsidRPr="00984E62">
              <w:rPr>
                <w:b/>
                <w:color w:val="365F91" w:themeColor="accent1" w:themeShade="BF"/>
                <w:sz w:val="20"/>
                <w:szCs w:val="20"/>
              </w:rPr>
              <w:t xml:space="preserve">. </w:t>
            </w:r>
            <w:r w:rsidR="00365E65" w:rsidRPr="00984E62">
              <w:rPr>
                <w:b/>
                <w:color w:val="365F91" w:themeColor="accent1" w:themeShade="BF"/>
                <w:sz w:val="20"/>
                <w:szCs w:val="20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0,1%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ca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14:paraId="2323C91A" w14:textId="7CFD9074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7A7A7A"/>
                <w:lang w:val="fr-FR"/>
              </w:rPr>
              <w:t>copie</w:t>
            </w:r>
            <w:r>
              <w:rPr>
                <w:i/>
                <w:color w:val="7A7A7A"/>
                <w:lang w:val="fr-FR"/>
              </w:rPr>
              <w:t>;</w:t>
            </w:r>
            <w:proofErr w:type="gramEnd"/>
          </w:p>
          <w:p w14:paraId="61AE66DD" w14:textId="77777777"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CC429A">
              <w:rPr>
                <w:b/>
                <w:color w:val="0D5F78"/>
                <w:lang w:val="fr-FR"/>
              </w:rPr>
              <w:t>ca</w:t>
            </w:r>
            <w:proofErr w:type="gram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14:paraId="5EBBFE29" w14:textId="508AEEF2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6D1257EA" w14:textId="524A22E3"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 xml:space="preserve">artea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desființare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identității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14:paraId="309934A5" w14:textId="4543AE85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00856700" w14:textId="77777777"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984E62" w14:paraId="2CAF1413" w14:textId="77777777" w:rsidTr="00984E62">
        <w:trPr>
          <w:cantSplit/>
          <w:trHeight w:hRule="exact" w:val="284"/>
        </w:trPr>
        <w:tc>
          <w:tcPr>
            <w:tcW w:w="9636" w:type="dxa"/>
            <w:shd w:val="clear" w:color="auto" w:fill="D9D9D9" w:themeFill="background1" w:themeFillShade="D9"/>
          </w:tcPr>
          <w:p w14:paraId="477D4AE5" w14:textId="4A85DD63" w:rsidR="0051574A" w:rsidRPr="00984E62" w:rsidRDefault="00984E62" w:rsidP="00DE7AC0">
            <w:pPr>
              <w:keepNext/>
              <w:rPr>
                <w:color w:val="365F91" w:themeColor="accent1" w:themeShade="BF"/>
                <w:sz w:val="20"/>
                <w:szCs w:val="20"/>
                <w:lang w:val="fr-FR"/>
              </w:rPr>
            </w:pPr>
            <w:r w:rsidRPr="00984E62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>8</w:t>
            </w:r>
            <w:r w:rsidR="0051574A" w:rsidRPr="00984E62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>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 xml:space="preserve">PNRR (Planul </w:t>
            </w:r>
            <w:proofErr w:type="spellStart"/>
            <w:r w:rsidRPr="00143D03">
              <w:rPr>
                <w:lang w:val="fr-FR"/>
              </w:rPr>
              <w:t>Național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și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Reziliență</w:t>
            </w:r>
            <w:proofErr w:type="spellEnd"/>
            <w:r w:rsidRPr="00143D03">
              <w:rPr>
                <w:lang w:val="fr-FR"/>
              </w:rPr>
              <w:t>)</w:t>
            </w:r>
          </w:p>
          <w:p w14:paraId="718E9247" w14:textId="27D46E68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PNDL (Planul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058EACA7" w14:textId="1B9C4DB8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Anghel Saligny)</w:t>
            </w:r>
          </w:p>
          <w:p w14:paraId="4D8223B6" w14:textId="29947F0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14A0DAEE" w14:textId="7FB01D63" w:rsidR="0051574A" w:rsidRPr="003E6CBC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3E6CBC">
              <w:rPr>
                <w:sz w:val="16"/>
                <w:lang w:val="fr-FR"/>
              </w:rPr>
              <w:t>☐ POR (</w:t>
            </w:r>
            <w:proofErr w:type="spellStart"/>
            <w:r w:rsidRPr="003E6CBC">
              <w:rPr>
                <w:sz w:val="16"/>
                <w:lang w:val="fr-FR"/>
              </w:rPr>
              <w:t>Programul</w:t>
            </w:r>
            <w:proofErr w:type="spellEnd"/>
            <w:r w:rsidRPr="003E6CBC">
              <w:rPr>
                <w:sz w:val="16"/>
                <w:lang w:val="fr-FR"/>
              </w:rPr>
              <w:t xml:space="preserve"> </w:t>
            </w:r>
            <w:proofErr w:type="spellStart"/>
            <w:r w:rsidRPr="003E6CBC">
              <w:rPr>
                <w:sz w:val="16"/>
                <w:lang w:val="fr-FR"/>
              </w:rPr>
              <w:t>Operațional</w:t>
            </w:r>
            <w:proofErr w:type="spellEnd"/>
            <w:r w:rsidRPr="003E6CBC">
              <w:rPr>
                <w:sz w:val="16"/>
                <w:lang w:val="fr-FR"/>
              </w:rPr>
              <w:t xml:space="preserve"> Regional)</w:t>
            </w:r>
          </w:p>
          <w:p w14:paraId="79FB9FD1" w14:textId="1D247EA6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452F2071" w14:textId="1598DA0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3BFC7148" w14:textId="5FC438FE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  <w:r w:rsidRPr="00143D03">
              <w:rPr>
                <w:sz w:val="16"/>
                <w:lang w:val="fr-FR"/>
              </w:rPr>
              <w:t xml:space="preserve"> sociale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5E92B604" w14:textId="1DC43715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3D5D8FA5" w14:textId="2A326A3A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 Mihail Cantacuzino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„Mihail Cantacuzino”)</w:t>
            </w:r>
          </w:p>
          <w:p w14:paraId="495C7EC3" w14:textId="3049397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14:paraId="7C77E62A" w14:textId="4A55734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</w:p>
          <w:p w14:paraId="1EC5C59B" w14:textId="2B2D182D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14:paraId="47F07E2C" w14:textId="77777777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de </w:t>
            </w:r>
            <w:proofErr w:type="spellStart"/>
            <w:proofErr w:type="gram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>:</w:t>
            </w:r>
            <w:proofErr w:type="gramEnd"/>
            <w:r w:rsidRPr="00143D03">
              <w:rPr>
                <w:sz w:val="16"/>
                <w:lang w:val="fr-FR"/>
              </w:rPr>
              <w:t xml:space="preserve"> </w:t>
            </w:r>
          </w:p>
          <w:p w14:paraId="243A97F6" w14:textId="702530A1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programului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         </w:t>
            </w:r>
            <w:proofErr w:type="gramStart"/>
            <w:r w:rsidRPr="00143D03">
              <w:rPr>
                <w:sz w:val="16"/>
                <w:lang w:val="fr-FR"/>
              </w:rPr>
              <w:t xml:space="preserve">  .</w:t>
            </w:r>
            <w:proofErr w:type="gramEnd"/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:rsidRPr="00984E62" w14:paraId="40183A33" w14:textId="77777777" w:rsidTr="00984E62">
        <w:trPr>
          <w:cantSplit/>
          <w:trHeight w:hRule="exact" w:val="284"/>
        </w:trPr>
        <w:tc>
          <w:tcPr>
            <w:tcW w:w="9636" w:type="dxa"/>
            <w:gridSpan w:val="3"/>
            <w:shd w:val="clear" w:color="auto" w:fill="D9D9D9" w:themeFill="background1" w:themeFillShade="D9"/>
          </w:tcPr>
          <w:p w14:paraId="70E5EF3F" w14:textId="4D85A555" w:rsidR="0014338B" w:rsidRPr="00984E62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984E62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</w:t>
            </w:r>
            <w:r w:rsidR="00984E62" w:rsidRPr="00984E62">
              <w:rPr>
                <w:b/>
                <w:color w:val="365F91" w:themeColor="accent1" w:themeShade="BF"/>
                <w:sz w:val="20"/>
                <w:szCs w:val="20"/>
              </w:rPr>
              <w:t>9</w:t>
            </w:r>
            <w:r w:rsidRPr="00984E62">
              <w:rPr>
                <w:b/>
                <w:color w:val="365F91" w:themeColor="accent1" w:themeShade="BF"/>
                <w:sz w:val="20"/>
                <w:szCs w:val="20"/>
              </w:rPr>
              <w:t>. DATA ȘI SEMNĂTURA</w:t>
            </w:r>
          </w:p>
        </w:tc>
      </w:tr>
      <w:tr w:rsidR="0014338B" w:rsidRPr="00984E62" w14:paraId="1944DB6E" w14:textId="77777777" w:rsidTr="00984E62">
        <w:trPr>
          <w:cantSplit/>
          <w:trHeight w:val="1111"/>
        </w:trPr>
        <w:tc>
          <w:tcPr>
            <w:tcW w:w="1606" w:type="dxa"/>
          </w:tcPr>
          <w:p w14:paraId="7C7D892B" w14:textId="77777777" w:rsidR="0014338B" w:rsidRPr="00984E62" w:rsidRDefault="00000000">
            <w:pPr>
              <w:rPr>
                <w:sz w:val="20"/>
                <w:szCs w:val="32"/>
              </w:rPr>
            </w:pPr>
            <w:r w:rsidRPr="00984E62">
              <w:rPr>
                <w:b/>
                <w:color w:val="0D5F78"/>
                <w:sz w:val="20"/>
                <w:szCs w:val="32"/>
              </w:rPr>
              <w:t>Data</w:t>
            </w:r>
          </w:p>
          <w:p w14:paraId="7704443C" w14:textId="77777777" w:rsidR="0014338B" w:rsidRPr="00984E62" w:rsidRDefault="0014338B">
            <w:pPr>
              <w:rPr>
                <w:sz w:val="20"/>
                <w:szCs w:val="32"/>
              </w:rPr>
            </w:pPr>
          </w:p>
        </w:tc>
        <w:tc>
          <w:tcPr>
            <w:tcW w:w="4818" w:type="dxa"/>
          </w:tcPr>
          <w:p w14:paraId="79BA9752" w14:textId="77777777" w:rsidR="0014338B" w:rsidRPr="00984E62" w:rsidRDefault="00000000">
            <w:pPr>
              <w:rPr>
                <w:sz w:val="20"/>
                <w:szCs w:val="32"/>
              </w:rPr>
            </w:pPr>
            <w:proofErr w:type="spellStart"/>
            <w:r w:rsidRPr="00984E62">
              <w:rPr>
                <w:b/>
                <w:color w:val="0D5F78"/>
                <w:sz w:val="20"/>
                <w:szCs w:val="32"/>
              </w:rPr>
              <w:t>Titularul</w:t>
            </w:r>
            <w:proofErr w:type="spellEnd"/>
            <w:r w:rsidRPr="00984E62">
              <w:rPr>
                <w:b/>
                <w:color w:val="0D5F78"/>
                <w:sz w:val="20"/>
                <w:szCs w:val="32"/>
              </w:rPr>
              <w:t xml:space="preserve"> </w:t>
            </w:r>
            <w:proofErr w:type="spellStart"/>
            <w:r w:rsidRPr="00984E62">
              <w:rPr>
                <w:b/>
                <w:color w:val="0D5F78"/>
                <w:sz w:val="20"/>
                <w:szCs w:val="32"/>
              </w:rPr>
              <w:t>autorizației</w:t>
            </w:r>
            <w:proofErr w:type="spellEnd"/>
          </w:p>
          <w:p w14:paraId="064C29CA" w14:textId="77777777" w:rsidR="0014338B" w:rsidRPr="00984E62" w:rsidRDefault="0014338B">
            <w:pPr>
              <w:rPr>
                <w:sz w:val="20"/>
                <w:szCs w:val="32"/>
              </w:rPr>
            </w:pPr>
          </w:p>
        </w:tc>
        <w:tc>
          <w:tcPr>
            <w:tcW w:w="3212" w:type="dxa"/>
          </w:tcPr>
          <w:p w14:paraId="32EBEDBF" w14:textId="77777777" w:rsidR="0014338B" w:rsidRPr="00984E62" w:rsidRDefault="00000000">
            <w:pPr>
              <w:rPr>
                <w:sz w:val="20"/>
                <w:szCs w:val="32"/>
              </w:rPr>
            </w:pPr>
            <w:proofErr w:type="spellStart"/>
            <w:r w:rsidRPr="00984E62">
              <w:rPr>
                <w:b/>
                <w:color w:val="0D5F78"/>
                <w:sz w:val="20"/>
                <w:szCs w:val="32"/>
              </w:rPr>
              <w:t>Semnătura</w:t>
            </w:r>
            <w:proofErr w:type="spellEnd"/>
          </w:p>
          <w:p w14:paraId="200C772E" w14:textId="77777777" w:rsidR="0014338B" w:rsidRPr="00984E62" w:rsidRDefault="0014338B">
            <w:pPr>
              <w:rPr>
                <w:sz w:val="20"/>
                <w:szCs w:val="32"/>
              </w:rPr>
            </w:pPr>
          </w:p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EE14C" w14:textId="77777777" w:rsidR="00B52EA9" w:rsidRDefault="00B52EA9">
      <w:r>
        <w:separator/>
      </w:r>
    </w:p>
  </w:endnote>
  <w:endnote w:type="continuationSeparator" w:id="0">
    <w:p w14:paraId="335040D1" w14:textId="77777777" w:rsidR="00B52EA9" w:rsidRDefault="00B52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87B9" w14:textId="292A9877" w:rsidR="0014338B" w:rsidRDefault="00000000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9560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9560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E7F35" w14:textId="77777777" w:rsidR="00B52EA9" w:rsidRDefault="00B52EA9">
      <w:r>
        <w:separator/>
      </w:r>
    </w:p>
  </w:footnote>
  <w:footnote w:type="continuationSeparator" w:id="0">
    <w:p w14:paraId="4ABF8C79" w14:textId="77777777" w:rsidR="00B52EA9" w:rsidRDefault="00B52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2592" w14:textId="4FBCAD37" w:rsidR="00143D03" w:rsidRDefault="00143D03" w:rsidP="00143D03">
    <w:pPr>
      <w:pStyle w:val="Header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0BF74728" w14:textId="77777777" w:rsidR="00143D03" w:rsidRPr="00143D03" w:rsidRDefault="00143D03" w:rsidP="00143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957481">
    <w:abstractNumId w:val="8"/>
  </w:num>
  <w:num w:numId="2" w16cid:durableId="676998350">
    <w:abstractNumId w:val="6"/>
  </w:num>
  <w:num w:numId="3" w16cid:durableId="1364941888">
    <w:abstractNumId w:val="5"/>
  </w:num>
  <w:num w:numId="4" w16cid:durableId="478615148">
    <w:abstractNumId w:val="4"/>
  </w:num>
  <w:num w:numId="5" w16cid:durableId="445585796">
    <w:abstractNumId w:val="7"/>
  </w:num>
  <w:num w:numId="6" w16cid:durableId="131560509">
    <w:abstractNumId w:val="3"/>
  </w:num>
  <w:num w:numId="7" w16cid:durableId="1432049056">
    <w:abstractNumId w:val="2"/>
  </w:num>
  <w:num w:numId="8" w16cid:durableId="4208785">
    <w:abstractNumId w:val="1"/>
  </w:num>
  <w:num w:numId="9" w16cid:durableId="827479698">
    <w:abstractNumId w:val="0"/>
  </w:num>
  <w:num w:numId="10" w16cid:durableId="62992014">
    <w:abstractNumId w:val="9"/>
  </w:num>
  <w:num w:numId="11" w16cid:durableId="778910850">
    <w:abstractNumId w:val="13"/>
  </w:num>
  <w:num w:numId="12" w16cid:durableId="915942442">
    <w:abstractNumId w:val="12"/>
  </w:num>
  <w:num w:numId="13" w16cid:durableId="772894671">
    <w:abstractNumId w:val="11"/>
  </w:num>
  <w:num w:numId="14" w16cid:durableId="1186793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29639D"/>
    <w:rsid w:val="0031695F"/>
    <w:rsid w:val="00326F90"/>
    <w:rsid w:val="00365E65"/>
    <w:rsid w:val="003E6CBC"/>
    <w:rsid w:val="00442B61"/>
    <w:rsid w:val="004A4CBC"/>
    <w:rsid w:val="004E233A"/>
    <w:rsid w:val="004E43FE"/>
    <w:rsid w:val="0051574A"/>
    <w:rsid w:val="005903A8"/>
    <w:rsid w:val="005C403B"/>
    <w:rsid w:val="006A1DB8"/>
    <w:rsid w:val="006D7C9B"/>
    <w:rsid w:val="00765D3C"/>
    <w:rsid w:val="00782BA8"/>
    <w:rsid w:val="007B0A4D"/>
    <w:rsid w:val="00895605"/>
    <w:rsid w:val="0091423B"/>
    <w:rsid w:val="0095442A"/>
    <w:rsid w:val="00984E62"/>
    <w:rsid w:val="009C25E8"/>
    <w:rsid w:val="009D2314"/>
    <w:rsid w:val="00AA1D8D"/>
    <w:rsid w:val="00B11050"/>
    <w:rsid w:val="00B35B08"/>
    <w:rsid w:val="00B47730"/>
    <w:rsid w:val="00B52EA9"/>
    <w:rsid w:val="00B56B5D"/>
    <w:rsid w:val="00B862D0"/>
    <w:rsid w:val="00C25235"/>
    <w:rsid w:val="00C330B3"/>
    <w:rsid w:val="00C75A7A"/>
    <w:rsid w:val="00CB0664"/>
    <w:rsid w:val="00CC429A"/>
    <w:rsid w:val="00D028DE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725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Armos</dc:creator>
  <cp:keywords/>
  <cp:lastModifiedBy>Attila Armos</cp:lastModifiedBy>
  <cp:revision>2</cp:revision>
  <dcterms:created xsi:type="dcterms:W3CDTF">2026-09-25T07:30:00Z</dcterms:created>
  <dcterms:modified xsi:type="dcterms:W3CDTF">2026-09-25T07:30:00Z</dcterms:modified>
  <cp:category/>
</cp:coreProperties>
</file>