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137" w:tblpY="106"/>
        <w:tblOverlap w:val="never"/>
        <w:tblW w:w="96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9"/>
        <w:gridCol w:w="3118"/>
        <w:gridCol w:w="1843"/>
        <w:gridCol w:w="2414"/>
      </w:tblGrid>
      <w:tr w:rsidR="00CE0913" w:rsidRPr="00265D05" w14:paraId="3007C5A1" w14:textId="77777777" w:rsidTr="00B203EB">
        <w:trPr>
          <w:trHeight w:hRule="exact" w:val="577"/>
        </w:trPr>
        <w:tc>
          <w:tcPr>
            <w:tcW w:w="2269" w:type="dxa"/>
            <w:vMerge w:val="restart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0987B6AB" w14:textId="77777777" w:rsidR="00CE0913" w:rsidRPr="00265D05" w:rsidRDefault="00CE0913" w:rsidP="00B203EB">
            <w:pPr>
              <w:spacing w:before="140" w:after="40"/>
              <w:jc w:val="center"/>
              <w:rPr>
                <w:b/>
                <w:sz w:val="20"/>
                <w:szCs w:val="20"/>
              </w:rPr>
            </w:pPr>
            <w:r w:rsidRPr="00265D05">
              <w:rPr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307718F3" wp14:editId="6404DF28">
                  <wp:simplePos x="0" y="0"/>
                  <wp:positionH relativeFrom="margin">
                    <wp:posOffset>9525</wp:posOffset>
                  </wp:positionH>
                  <wp:positionV relativeFrom="margin">
                    <wp:posOffset>88265</wp:posOffset>
                  </wp:positionV>
                  <wp:extent cx="1303020" cy="1534160"/>
                  <wp:effectExtent l="0" t="0" r="0" b="6985"/>
                  <wp:wrapTight wrapText="bothSides">
                    <wp:wrapPolygon edited="0">
                      <wp:start x="0" y="0"/>
                      <wp:lineTo x="0" y="21421"/>
                      <wp:lineTo x="21246" y="21421"/>
                      <wp:lineTo x="21246" y="0"/>
                      <wp:lineTo x="0" y="0"/>
                    </wp:wrapPolygon>
                  </wp:wrapTight>
                  <wp:docPr id="39623996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534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7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</w:tcPr>
          <w:p w14:paraId="36776FCD" w14:textId="77777777" w:rsidR="00CE0913" w:rsidRPr="00265D05" w:rsidRDefault="00CE0913" w:rsidP="00B203EB">
            <w:pPr>
              <w:pStyle w:val="NoSpacing"/>
              <w:spacing w:line="288" w:lineRule="auto"/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265D05">
              <w:rPr>
                <w:b/>
                <w:bCs/>
                <w:color w:val="365F91" w:themeColor="accent1" w:themeShade="BF"/>
                <w:sz w:val="20"/>
                <w:szCs w:val="20"/>
              </w:rPr>
              <w:t xml:space="preserve">     </w:t>
            </w:r>
            <w:proofErr w:type="spellStart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Județul</w:t>
            </w:r>
            <w:proofErr w:type="spellEnd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:</w:t>
            </w:r>
          </w:p>
          <w:p w14:paraId="1F08CF5C" w14:textId="77777777" w:rsidR="00CE0913" w:rsidRPr="00265D05" w:rsidRDefault="00CE0913" w:rsidP="00B203EB">
            <w:pPr>
              <w:pStyle w:val="NoSpacing"/>
              <w:spacing w:line="288" w:lineRule="auto"/>
              <w:rPr>
                <w:rFonts w:ascii="Times New Roman" w:hAnsi="Times New Roman" w:cs="Times New Roman"/>
                <w:b/>
                <w:bCs/>
                <w:color w:val="548DD4" w:themeColor="text2" w:themeTint="99"/>
                <w:sz w:val="20"/>
                <w:szCs w:val="20"/>
              </w:rPr>
            </w:pPr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 xml:space="preserve">    Satu Mare</w:t>
            </w:r>
          </w:p>
        </w:tc>
      </w:tr>
      <w:tr w:rsidR="00CE0913" w:rsidRPr="00265D05" w14:paraId="70546C7A" w14:textId="77777777" w:rsidTr="00B203EB">
        <w:trPr>
          <w:trHeight w:hRule="exact" w:val="569"/>
        </w:trPr>
        <w:tc>
          <w:tcPr>
            <w:tcW w:w="2269" w:type="dxa"/>
            <w:vMerge/>
            <w:tcBorders>
              <w:left w:val="single" w:sz="4" w:space="0" w:color="767676"/>
              <w:right w:val="single" w:sz="4" w:space="0" w:color="767676"/>
            </w:tcBorders>
          </w:tcPr>
          <w:p w14:paraId="353576B9" w14:textId="77777777" w:rsidR="00CE0913" w:rsidRPr="00265D05" w:rsidRDefault="00CE0913" w:rsidP="00B203EB">
            <w:pPr>
              <w:spacing w:before="140" w:after="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37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</w:tcPr>
          <w:p w14:paraId="5F186AC0" w14:textId="77777777" w:rsidR="00CE0913" w:rsidRPr="00265D05" w:rsidRDefault="00CE0913" w:rsidP="00B203EB">
            <w:pPr>
              <w:pStyle w:val="NoSpacing"/>
              <w:spacing w:line="288" w:lineRule="auto"/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 xml:space="preserve">    </w:t>
            </w:r>
            <w:proofErr w:type="spellStart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Autoritatea</w:t>
            </w:r>
            <w:proofErr w:type="spellEnd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administrației</w:t>
            </w:r>
            <w:proofErr w:type="spellEnd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publice</w:t>
            </w:r>
            <w:proofErr w:type="spellEnd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:</w:t>
            </w:r>
          </w:p>
          <w:p w14:paraId="46C435E5" w14:textId="77777777" w:rsidR="00CE0913" w:rsidRPr="00265D05" w:rsidRDefault="00CE0913" w:rsidP="00B203EB">
            <w:pPr>
              <w:pStyle w:val="NoSpacing"/>
              <w:spacing w:line="288" w:lineRule="auto"/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 xml:space="preserve">    </w:t>
            </w:r>
            <w:proofErr w:type="spellStart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Municipiul</w:t>
            </w:r>
            <w:proofErr w:type="spellEnd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 xml:space="preserve"> Satu Mare</w:t>
            </w:r>
          </w:p>
        </w:tc>
      </w:tr>
      <w:tr w:rsidR="00CE0913" w:rsidRPr="00BC7C0B" w14:paraId="21CEA5E6" w14:textId="77777777" w:rsidTr="00B203EB">
        <w:trPr>
          <w:trHeight w:hRule="exact" w:val="696"/>
        </w:trPr>
        <w:tc>
          <w:tcPr>
            <w:tcW w:w="2269" w:type="dxa"/>
            <w:vMerge/>
            <w:tcBorders>
              <w:left w:val="single" w:sz="4" w:space="0" w:color="767676"/>
              <w:right w:val="single" w:sz="4" w:space="0" w:color="767676"/>
            </w:tcBorders>
          </w:tcPr>
          <w:p w14:paraId="71D27FCD" w14:textId="77777777" w:rsidR="00CE0913" w:rsidRPr="00971249" w:rsidRDefault="00CE0913" w:rsidP="00B203EB">
            <w:pPr>
              <w:spacing w:before="140" w:after="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</w:tcPr>
          <w:p w14:paraId="337DC280" w14:textId="77777777" w:rsidR="00CE0913" w:rsidRPr="00265D05" w:rsidRDefault="00CE0913" w:rsidP="00B203EB">
            <w:pPr>
              <w:pStyle w:val="NoSpacing"/>
              <w:spacing w:line="288" w:lineRule="auto"/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 xml:space="preserve">    Cod de </w:t>
            </w:r>
            <w:proofErr w:type="spellStart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identificare</w:t>
            </w:r>
            <w:proofErr w:type="spellEnd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fiscală</w:t>
            </w:r>
            <w:proofErr w:type="spellEnd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 xml:space="preserve"> (CIF):</w:t>
            </w:r>
          </w:p>
          <w:p w14:paraId="7A9B790B" w14:textId="77777777" w:rsidR="00CE0913" w:rsidRPr="00265D05" w:rsidRDefault="00CE0913" w:rsidP="00B203EB">
            <w:pPr>
              <w:pStyle w:val="NoSpacing"/>
              <w:spacing w:line="288" w:lineRule="auto"/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 xml:space="preserve">    4038806</w:t>
            </w:r>
          </w:p>
        </w:tc>
        <w:tc>
          <w:tcPr>
            <w:tcW w:w="425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</w:tcPr>
          <w:p w14:paraId="397FA551" w14:textId="77777777" w:rsidR="00CE0913" w:rsidRPr="00265D05" w:rsidRDefault="00CE0913" w:rsidP="00B203EB">
            <w:pPr>
              <w:pStyle w:val="NoSpacing"/>
              <w:spacing w:line="288" w:lineRule="auto"/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16"/>
                <w:szCs w:val="16"/>
                <w:lang w:val="de-DE"/>
              </w:rPr>
            </w:pPr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16"/>
                <w:szCs w:val="16"/>
                <w:lang w:val="de-DE"/>
              </w:rPr>
              <w:t xml:space="preserve">    Adresa oficială:</w:t>
            </w:r>
          </w:p>
          <w:p w14:paraId="70F5D3E3" w14:textId="77777777" w:rsidR="00CE0913" w:rsidRPr="00265D05" w:rsidRDefault="00CE0913" w:rsidP="00B203EB">
            <w:pPr>
              <w:pStyle w:val="NoSpacing"/>
              <w:spacing w:line="288" w:lineRule="auto"/>
              <w:rPr>
                <w:b/>
                <w:bCs/>
                <w:color w:val="365F91" w:themeColor="accent1" w:themeShade="BF"/>
                <w:sz w:val="20"/>
                <w:szCs w:val="20"/>
                <w:lang w:val="de-DE"/>
              </w:rPr>
            </w:pPr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16"/>
                <w:szCs w:val="16"/>
                <w:lang w:val="de-DE"/>
              </w:rPr>
              <w:t xml:space="preserve">    P-ța 25 Octombrie nr. 1, Telefon: 0261-950</w:t>
            </w:r>
            <w:r w:rsidRPr="00265D05">
              <w:rPr>
                <w:b/>
                <w:bCs/>
                <w:color w:val="365F91" w:themeColor="accent1" w:themeShade="BF"/>
                <w:sz w:val="16"/>
                <w:szCs w:val="16"/>
                <w:lang w:val="de-DE"/>
              </w:rPr>
              <w:br/>
            </w:r>
            <w:r w:rsidRPr="00265D05">
              <w:rPr>
                <w:b/>
                <w:bCs/>
                <w:color w:val="365F91" w:themeColor="accent1" w:themeShade="BF"/>
                <w:sz w:val="20"/>
                <w:szCs w:val="20"/>
                <w:lang w:val="de-DE"/>
              </w:rPr>
              <w:t xml:space="preserve">    </w:t>
            </w:r>
            <w:r w:rsidRPr="00265D05">
              <w:rPr>
                <w:b/>
                <w:bCs/>
                <w:color w:val="365F91" w:themeColor="accent1" w:themeShade="BF"/>
                <w:sz w:val="18"/>
                <w:szCs w:val="18"/>
                <w:lang w:val="de-DE"/>
              </w:rPr>
              <w:t>E-mail: registratura@primariasm.ro</w:t>
            </w:r>
          </w:p>
        </w:tc>
      </w:tr>
      <w:tr w:rsidR="00CE0913" w:rsidRPr="00971249" w14:paraId="3C381B4C" w14:textId="77777777" w:rsidTr="00B203EB">
        <w:trPr>
          <w:trHeight w:hRule="exact" w:val="297"/>
        </w:trPr>
        <w:tc>
          <w:tcPr>
            <w:tcW w:w="2269" w:type="dxa"/>
            <w:vMerge/>
            <w:tcBorders>
              <w:left w:val="single" w:sz="4" w:space="0" w:color="767676"/>
              <w:right w:val="single" w:sz="4" w:space="0" w:color="767676"/>
            </w:tcBorders>
          </w:tcPr>
          <w:p w14:paraId="0FBF3AE7" w14:textId="77777777" w:rsidR="00CE0913" w:rsidRPr="00971249" w:rsidRDefault="00CE0913" w:rsidP="00B203EB">
            <w:pPr>
              <w:spacing w:before="140" w:after="40"/>
              <w:jc w:val="center"/>
              <w:rPr>
                <w:b/>
                <w:sz w:val="28"/>
                <w:szCs w:val="28"/>
                <w:lang w:val="de-DE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</w:tcPr>
          <w:p w14:paraId="36437B4C" w14:textId="77777777" w:rsidR="00CE0913" w:rsidRPr="00265D05" w:rsidRDefault="00CE0913" w:rsidP="00B203E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</w:pPr>
            <w:proofErr w:type="spellStart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Număr</w:t>
            </w:r>
            <w:proofErr w:type="spellEnd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 xml:space="preserve"> de </w:t>
            </w:r>
            <w:proofErr w:type="spellStart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înregistrare</w:t>
            </w:r>
            <w:proofErr w:type="spellEnd"/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:</w:t>
            </w:r>
          </w:p>
        </w:tc>
        <w:tc>
          <w:tcPr>
            <w:tcW w:w="241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</w:tcPr>
          <w:p w14:paraId="55DDE21B" w14:textId="77777777" w:rsidR="00CE0913" w:rsidRPr="00265D05" w:rsidRDefault="00CE0913" w:rsidP="00B203E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265D05"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  <w:t>Data:</w:t>
            </w:r>
          </w:p>
        </w:tc>
      </w:tr>
      <w:tr w:rsidR="00CE0913" w:rsidRPr="00971249" w14:paraId="377E3E62" w14:textId="77777777" w:rsidTr="00B203EB">
        <w:trPr>
          <w:trHeight w:hRule="exact" w:val="413"/>
        </w:trPr>
        <w:tc>
          <w:tcPr>
            <w:tcW w:w="2269" w:type="dxa"/>
            <w:vMerge/>
            <w:tcBorders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4F7C0541" w14:textId="77777777" w:rsidR="00CE0913" w:rsidRPr="00971249" w:rsidRDefault="00CE0913" w:rsidP="00B203EB">
            <w:pPr>
              <w:spacing w:before="140" w:after="40"/>
              <w:jc w:val="center"/>
              <w:rPr>
                <w:b/>
                <w:sz w:val="28"/>
                <w:szCs w:val="28"/>
                <w:lang w:val="de-DE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FFFFF" w:themeFill="background1"/>
          </w:tcPr>
          <w:p w14:paraId="63E275DD" w14:textId="77777777" w:rsidR="00CE0913" w:rsidRPr="00265D05" w:rsidRDefault="00CE0913" w:rsidP="00B203E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FFFFF" w:themeFill="background1"/>
          </w:tcPr>
          <w:p w14:paraId="01D084AB" w14:textId="77777777" w:rsidR="00CE0913" w:rsidRPr="00971249" w:rsidRDefault="00CE0913" w:rsidP="00B203E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</w:tr>
      <w:tr w:rsidR="00CE0913" w:rsidRPr="00971249" w14:paraId="0F28EF75" w14:textId="77777777" w:rsidTr="00B203EB">
        <w:trPr>
          <w:trHeight w:hRule="exact" w:val="291"/>
        </w:trPr>
        <w:tc>
          <w:tcPr>
            <w:tcW w:w="9644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</w:tcPr>
          <w:p w14:paraId="012BFA2B" w14:textId="77777777" w:rsidR="00CE0913" w:rsidRPr="00B63862" w:rsidRDefault="00CE0913" w:rsidP="00B203EB">
            <w:pPr>
              <w:pStyle w:val="NoSpacing"/>
              <w:rPr>
                <w:i/>
                <w:iCs/>
                <w:sz w:val="16"/>
                <w:szCs w:val="16"/>
              </w:rPr>
            </w:pPr>
            <w:r w:rsidRPr="00B63862">
              <w:rPr>
                <w:i/>
                <w:iCs/>
                <w:sz w:val="16"/>
                <w:szCs w:val="16"/>
              </w:rPr>
              <w:t xml:space="preserve">                    se </w:t>
            </w:r>
            <w:proofErr w:type="spellStart"/>
            <w:r w:rsidRPr="00B63862">
              <w:rPr>
                <w:i/>
                <w:iCs/>
                <w:sz w:val="16"/>
                <w:szCs w:val="16"/>
              </w:rPr>
              <w:t>completează</w:t>
            </w:r>
            <w:proofErr w:type="spellEnd"/>
            <w:r w:rsidRPr="00B63862">
              <w:rPr>
                <w:i/>
                <w:iCs/>
                <w:sz w:val="16"/>
                <w:szCs w:val="16"/>
              </w:rPr>
              <w:t xml:space="preserve"> de </w:t>
            </w:r>
            <w:proofErr w:type="spellStart"/>
            <w:r w:rsidRPr="00B63862">
              <w:rPr>
                <w:i/>
                <w:iCs/>
                <w:sz w:val="16"/>
                <w:szCs w:val="16"/>
              </w:rPr>
              <w:t>autoritate</w:t>
            </w:r>
            <w:proofErr w:type="spellEnd"/>
            <w:r w:rsidRPr="00B63862">
              <w:rPr>
                <w:i/>
                <w:iCs/>
                <w:sz w:val="16"/>
                <w:szCs w:val="16"/>
              </w:rPr>
              <w:t xml:space="preserve"> — </w:t>
            </w:r>
            <w:proofErr w:type="spellStart"/>
            <w:r w:rsidRPr="00B63862">
              <w:rPr>
                <w:i/>
                <w:iCs/>
                <w:sz w:val="16"/>
                <w:szCs w:val="16"/>
              </w:rPr>
              <w:t>solicitantul</w:t>
            </w:r>
            <w:proofErr w:type="spellEnd"/>
            <w:r w:rsidRPr="00B63862">
              <w:rPr>
                <w:i/>
                <w:iCs/>
                <w:sz w:val="16"/>
                <w:szCs w:val="16"/>
              </w:rPr>
              <w:t xml:space="preserve"> nu </w:t>
            </w:r>
            <w:proofErr w:type="spellStart"/>
            <w:r w:rsidRPr="00B63862">
              <w:rPr>
                <w:i/>
                <w:iCs/>
                <w:sz w:val="16"/>
                <w:szCs w:val="16"/>
              </w:rPr>
              <w:t>scrie</w:t>
            </w:r>
            <w:proofErr w:type="spellEnd"/>
            <w:r w:rsidRPr="00B63862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B63862">
              <w:rPr>
                <w:i/>
                <w:iCs/>
                <w:sz w:val="16"/>
                <w:szCs w:val="16"/>
              </w:rPr>
              <w:t>în</w:t>
            </w:r>
            <w:proofErr w:type="spellEnd"/>
            <w:r w:rsidRPr="00B63862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B63862">
              <w:rPr>
                <w:i/>
                <w:iCs/>
                <w:sz w:val="16"/>
                <w:szCs w:val="16"/>
              </w:rPr>
              <w:t>această</w:t>
            </w:r>
            <w:proofErr w:type="spellEnd"/>
            <w:r w:rsidRPr="00B63862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B63862">
              <w:rPr>
                <w:i/>
                <w:iCs/>
                <w:sz w:val="16"/>
                <w:szCs w:val="16"/>
              </w:rPr>
              <w:t>zonă</w:t>
            </w:r>
            <w:proofErr w:type="spellEnd"/>
          </w:p>
        </w:tc>
      </w:tr>
    </w:tbl>
    <w:p w14:paraId="58FEB982" w14:textId="075D65FB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9CC6B28" w14:textId="447311C0" w:rsidR="00AD35FD" w:rsidRDefault="00000000" w:rsidP="008F505E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încheierea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execuției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:rsidRPr="00CE0913" w14:paraId="5D5D5660" w14:textId="77777777" w:rsidTr="008F505E">
        <w:trPr>
          <w:cantSplit/>
          <w:trHeight w:hRule="exact" w:val="227"/>
        </w:trPr>
        <w:tc>
          <w:tcPr>
            <w:tcW w:w="9636" w:type="dxa"/>
            <w:shd w:val="clear" w:color="auto" w:fill="D9D9D9" w:themeFill="background1" w:themeFillShade="D9"/>
          </w:tcPr>
          <w:p w14:paraId="7237AFBA" w14:textId="77777777" w:rsidR="00AD35FD" w:rsidRPr="00CE0913" w:rsidRDefault="00000000">
            <w:pPr>
              <w:keepNext/>
              <w:rPr>
                <w:color w:val="365F91" w:themeColor="accent1" w:themeShade="BF"/>
                <w:sz w:val="20"/>
                <w:szCs w:val="20"/>
              </w:rPr>
            </w:pPr>
            <w:r w:rsidRPr="00CE0913">
              <w:rPr>
                <w:b/>
                <w:color w:val="365F91" w:themeColor="accent1" w:themeShade="BF"/>
                <w:sz w:val="20"/>
                <w:szCs w:val="20"/>
              </w:rPr>
              <w:t xml:space="preserve"> 1. CĂTRE</w:t>
            </w:r>
          </w:p>
        </w:tc>
      </w:tr>
      <w:tr w:rsidR="00AD35FD" w:rsidRPr="00CE0913" w14:paraId="6E6DD37F" w14:textId="77777777">
        <w:trPr>
          <w:cantSplit/>
          <w:trHeight w:val="510"/>
        </w:trPr>
        <w:tc>
          <w:tcPr>
            <w:tcW w:w="9636" w:type="dxa"/>
          </w:tcPr>
          <w:tbl>
            <w:tblPr>
              <w:tblStyle w:val="TableGrid"/>
              <w:tblW w:w="0" w:type="auto"/>
              <w:tblBorders>
                <w:top w:val="single" w:sz="4" w:space="0" w:color="767676"/>
                <w:left w:val="single" w:sz="4" w:space="0" w:color="767676"/>
                <w:bottom w:val="single" w:sz="4" w:space="0" w:color="767676"/>
                <w:right w:val="single" w:sz="4" w:space="0" w:color="767676"/>
                <w:insideH w:val="single" w:sz="4" w:space="0" w:color="767676"/>
                <w:insideV w:val="single" w:sz="4" w:space="0" w:color="76767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36"/>
            </w:tblGrid>
            <w:tr w:rsidR="00CE0913" w:rsidRPr="00CE0913" w14:paraId="7029745C" w14:textId="77777777" w:rsidTr="00B203EB">
              <w:trPr>
                <w:cantSplit/>
                <w:trHeight w:hRule="exact" w:val="284"/>
              </w:trPr>
              <w:tc>
                <w:tcPr>
                  <w:tcW w:w="9636" w:type="dxa"/>
                </w:tcPr>
                <w:p w14:paraId="4E058727" w14:textId="77777777" w:rsidR="00CE0913" w:rsidRPr="00CE0913" w:rsidRDefault="00CE0913" w:rsidP="00CE0913">
                  <w:pPr>
                    <w:keepNext/>
                    <w:rPr>
                      <w:b/>
                      <w:color w:val="0D5F78"/>
                      <w:sz w:val="20"/>
                      <w:szCs w:val="20"/>
                      <w:lang w:val="fr-FR"/>
                    </w:rPr>
                  </w:pPr>
                  <w:proofErr w:type="spellStart"/>
                  <w:r w:rsidRPr="00CE0913">
                    <w:rPr>
                      <w:b/>
                      <w:color w:val="0D5F78"/>
                      <w:sz w:val="20"/>
                      <w:szCs w:val="20"/>
                      <w:lang w:val="fr-FR"/>
                    </w:rPr>
                    <w:t>Instituția</w:t>
                  </w:r>
                  <w:proofErr w:type="spellEnd"/>
                  <w:r w:rsidRPr="00CE0913">
                    <w:rPr>
                      <w:b/>
                      <w:color w:val="0D5F78"/>
                      <w:sz w:val="20"/>
                      <w:szCs w:val="20"/>
                      <w:lang w:val="fr-FR"/>
                    </w:rPr>
                    <w:t xml:space="preserve"> : </w:t>
                  </w:r>
                  <w:proofErr w:type="spellStart"/>
                  <w:r w:rsidRPr="00CE0913">
                    <w:rPr>
                      <w:b/>
                      <w:color w:val="0D5F78"/>
                      <w:sz w:val="20"/>
                      <w:szCs w:val="20"/>
                      <w:lang w:val="fr-FR"/>
                    </w:rPr>
                    <w:t>Municipiul</w:t>
                  </w:r>
                  <w:proofErr w:type="spellEnd"/>
                  <w:r w:rsidRPr="00CE0913">
                    <w:rPr>
                      <w:b/>
                      <w:color w:val="0D5F78"/>
                      <w:sz w:val="20"/>
                      <w:szCs w:val="20"/>
                      <w:lang w:val="fr-FR"/>
                    </w:rPr>
                    <w:t xml:space="preserve"> Satu Mare</w:t>
                  </w:r>
                </w:p>
                <w:p w14:paraId="451ED0F0" w14:textId="77777777" w:rsidR="00CE0913" w:rsidRPr="00CE0913" w:rsidRDefault="00CE0913" w:rsidP="00CE0913">
                  <w:pPr>
                    <w:keepNext/>
                    <w:rPr>
                      <w:sz w:val="20"/>
                      <w:szCs w:val="20"/>
                      <w:lang w:val="fr-FR"/>
                    </w:rPr>
                  </w:pPr>
                </w:p>
                <w:p w14:paraId="4A4264FF" w14:textId="77777777" w:rsidR="00CE0913" w:rsidRPr="00CE0913" w:rsidRDefault="00CE0913" w:rsidP="00CE0913">
                  <w:pPr>
                    <w:keepNext/>
                    <w:rPr>
                      <w:sz w:val="20"/>
                      <w:szCs w:val="20"/>
                      <w:lang w:val="fr-FR"/>
                    </w:rPr>
                  </w:pPr>
                  <w:proofErr w:type="spellStart"/>
                  <w:proofErr w:type="gramStart"/>
                  <w:r w:rsidRPr="00CE0913">
                    <w:rPr>
                      <w:i/>
                      <w:color w:val="7A7A7A"/>
                      <w:sz w:val="20"/>
                      <w:szCs w:val="20"/>
                      <w:lang w:val="fr-FR"/>
                    </w:rPr>
                    <w:t>primăria</w:t>
                  </w:r>
                  <w:proofErr w:type="spellEnd"/>
                  <w:proofErr w:type="gramEnd"/>
                  <w:r w:rsidRPr="00CE0913">
                    <w:rPr>
                      <w:i/>
                      <w:color w:val="7A7A7A"/>
                      <w:sz w:val="20"/>
                      <w:szCs w:val="20"/>
                      <w:lang w:val="fr-FR"/>
                    </w:rPr>
                    <w:t xml:space="preserve"> </w:t>
                  </w:r>
                  <w:proofErr w:type="spellStart"/>
                  <w:r w:rsidRPr="00CE0913">
                    <w:rPr>
                      <w:i/>
                      <w:color w:val="7A7A7A"/>
                      <w:sz w:val="20"/>
                      <w:szCs w:val="20"/>
                      <w:lang w:val="fr-FR"/>
                    </w:rPr>
                    <w:t>municipiului</w:t>
                  </w:r>
                  <w:proofErr w:type="spellEnd"/>
                  <w:r w:rsidRPr="00CE0913">
                    <w:rPr>
                      <w:i/>
                      <w:color w:val="7A7A7A"/>
                      <w:sz w:val="20"/>
                      <w:szCs w:val="20"/>
                      <w:lang w:val="fr-FR"/>
                    </w:rPr>
                    <w:t xml:space="preserve"> / </w:t>
                  </w:r>
                  <w:proofErr w:type="spellStart"/>
                  <w:r w:rsidRPr="00CE0913">
                    <w:rPr>
                      <w:i/>
                      <w:color w:val="7A7A7A"/>
                      <w:sz w:val="20"/>
                      <w:szCs w:val="20"/>
                      <w:lang w:val="fr-FR"/>
                    </w:rPr>
                    <w:t>orașului</w:t>
                  </w:r>
                  <w:proofErr w:type="spellEnd"/>
                  <w:r w:rsidRPr="00CE0913">
                    <w:rPr>
                      <w:i/>
                      <w:color w:val="7A7A7A"/>
                      <w:sz w:val="20"/>
                      <w:szCs w:val="20"/>
                      <w:lang w:val="fr-FR"/>
                    </w:rPr>
                    <w:t xml:space="preserve"> / </w:t>
                  </w:r>
                  <w:proofErr w:type="spellStart"/>
                  <w:r w:rsidRPr="00CE0913">
                    <w:rPr>
                      <w:i/>
                      <w:color w:val="7A7A7A"/>
                      <w:sz w:val="20"/>
                      <w:szCs w:val="20"/>
                      <w:lang w:val="fr-FR"/>
                    </w:rPr>
                    <w:t>comunei</w:t>
                  </w:r>
                  <w:proofErr w:type="spellEnd"/>
                  <w:r w:rsidRPr="00CE0913">
                    <w:rPr>
                      <w:i/>
                      <w:color w:val="7A7A7A"/>
                      <w:sz w:val="20"/>
                      <w:szCs w:val="20"/>
                      <w:lang w:val="fr-FR"/>
                    </w:rPr>
                    <w:t xml:space="preserve"> · </w:t>
                  </w:r>
                  <w:proofErr w:type="spellStart"/>
                  <w:r w:rsidRPr="00CE0913">
                    <w:rPr>
                      <w:i/>
                      <w:color w:val="7A7A7A"/>
                      <w:sz w:val="20"/>
                      <w:szCs w:val="20"/>
                      <w:lang w:val="fr-FR"/>
                    </w:rPr>
                    <w:t>primăria</w:t>
                  </w:r>
                  <w:proofErr w:type="spellEnd"/>
                  <w:r w:rsidRPr="00CE0913">
                    <w:rPr>
                      <w:i/>
                      <w:color w:val="7A7A7A"/>
                      <w:sz w:val="20"/>
                      <w:szCs w:val="20"/>
                      <w:lang w:val="fr-FR"/>
                    </w:rPr>
                    <w:t xml:space="preserve"> de </w:t>
                  </w:r>
                  <w:proofErr w:type="spellStart"/>
                  <w:r w:rsidRPr="00CE0913">
                    <w:rPr>
                      <w:i/>
                      <w:color w:val="7A7A7A"/>
                      <w:sz w:val="20"/>
                      <w:szCs w:val="20"/>
                      <w:lang w:val="fr-FR"/>
                    </w:rPr>
                    <w:t>sector</w:t>
                  </w:r>
                  <w:proofErr w:type="spellEnd"/>
                  <w:r w:rsidRPr="00CE0913">
                    <w:rPr>
                      <w:i/>
                      <w:color w:val="7A7A7A"/>
                      <w:sz w:val="20"/>
                      <w:szCs w:val="20"/>
                      <w:lang w:val="fr-FR"/>
                    </w:rPr>
                    <w:t xml:space="preserve"> · </w:t>
                  </w:r>
                  <w:proofErr w:type="spellStart"/>
                  <w:r w:rsidRPr="00CE0913">
                    <w:rPr>
                      <w:i/>
                      <w:color w:val="7A7A7A"/>
                      <w:sz w:val="20"/>
                      <w:szCs w:val="20"/>
                      <w:lang w:val="fr-FR"/>
                    </w:rPr>
                    <w:t>consiliul</w:t>
                  </w:r>
                  <w:proofErr w:type="spellEnd"/>
                  <w:r w:rsidRPr="00CE0913">
                    <w:rPr>
                      <w:i/>
                      <w:color w:val="7A7A7A"/>
                      <w:sz w:val="20"/>
                      <w:szCs w:val="20"/>
                      <w:lang w:val="fr-FR"/>
                    </w:rPr>
                    <w:t xml:space="preserve"> </w:t>
                  </w:r>
                  <w:proofErr w:type="spellStart"/>
                  <w:r w:rsidRPr="00CE0913">
                    <w:rPr>
                      <w:i/>
                      <w:color w:val="7A7A7A"/>
                      <w:sz w:val="20"/>
                      <w:szCs w:val="20"/>
                      <w:lang w:val="fr-FR"/>
                    </w:rPr>
                    <w:t>județean</w:t>
                  </w:r>
                  <w:proofErr w:type="spellEnd"/>
                </w:p>
              </w:tc>
            </w:tr>
          </w:tbl>
          <w:p w14:paraId="29E26C9F" w14:textId="77777777" w:rsidR="00AD35FD" w:rsidRPr="00CE0913" w:rsidRDefault="00AD35FD" w:rsidP="007050CD">
            <w:pPr>
              <w:keepNext/>
              <w:rPr>
                <w:sz w:val="20"/>
                <w:szCs w:val="20"/>
              </w:rPr>
            </w:pPr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000000">
            <w:pPr>
              <w:spacing w:line="228" w:lineRule="auto"/>
            </w:pPr>
            <w:proofErr w:type="spellStart"/>
            <w:r w:rsidRPr="005E6036">
              <w:t>Cererea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va</w:t>
            </w:r>
            <w:proofErr w:type="spellEnd"/>
            <w:r w:rsidRPr="005E6036">
              <w:t xml:space="preserve"> fi</w:t>
            </w:r>
            <w:r w:rsidR="007050CD" w:rsidRPr="005E6036">
              <w:t xml:space="preserve"> </w:t>
            </w:r>
            <w:proofErr w:type="spellStart"/>
            <w:r w:rsidR="007050CD" w:rsidRPr="005E6036">
              <w:t>adresată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către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președintele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consiliului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județean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general,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de sector </w:t>
            </w:r>
            <w:proofErr w:type="spellStart"/>
            <w:r w:rsidRPr="005E6036">
              <w:t>sau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municipiului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orașului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comunei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după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caz</w:t>
            </w:r>
            <w:proofErr w:type="spellEnd"/>
            <w:r w:rsidRPr="005E6036">
              <w:t>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:rsidRPr="00CE0913" w14:paraId="46CB8761" w14:textId="77777777" w:rsidTr="008F505E">
        <w:trPr>
          <w:cantSplit/>
          <w:trHeight w:hRule="exact" w:val="227"/>
        </w:trPr>
        <w:tc>
          <w:tcPr>
            <w:tcW w:w="9636" w:type="dxa"/>
            <w:gridSpan w:val="8"/>
            <w:shd w:val="clear" w:color="auto" w:fill="D9D9D9" w:themeFill="background1" w:themeFillShade="D9"/>
          </w:tcPr>
          <w:p w14:paraId="3C3B3776" w14:textId="77777777" w:rsidR="00AD35FD" w:rsidRPr="00CE0913" w:rsidRDefault="00000000">
            <w:pPr>
              <w:keepNext/>
              <w:rPr>
                <w:color w:val="365F91" w:themeColor="accent1" w:themeShade="BF"/>
                <w:sz w:val="20"/>
                <w:szCs w:val="20"/>
              </w:rPr>
            </w:pPr>
            <w:r w:rsidRPr="00CE0913">
              <w:rPr>
                <w:b/>
                <w:color w:val="365F91" w:themeColor="accent1" w:themeShade="BF"/>
                <w:sz w:val="20"/>
                <w:szCs w:val="20"/>
              </w:rPr>
              <w:t xml:space="preserve"> 2. 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000000">
            <w:r>
              <w:rPr>
                <w:b/>
                <w:color w:val="0D5F78"/>
              </w:rPr>
              <w:t>Telefon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000000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8F505E" w14:paraId="0CCD3AD7" w14:textId="77777777" w:rsidTr="008F505E">
        <w:trPr>
          <w:cantSplit/>
          <w:trHeight w:hRule="exact" w:val="227"/>
        </w:trPr>
        <w:tc>
          <w:tcPr>
            <w:tcW w:w="9636" w:type="dxa"/>
            <w:gridSpan w:val="3"/>
            <w:shd w:val="clear" w:color="auto" w:fill="D9D9D9" w:themeFill="background1" w:themeFillShade="D9"/>
          </w:tcPr>
          <w:p w14:paraId="1FDD6DE2" w14:textId="77777777" w:rsidR="00AD35FD" w:rsidRPr="008F505E" w:rsidRDefault="00000000">
            <w:pPr>
              <w:keepNext/>
              <w:rPr>
                <w:color w:val="365F91" w:themeColor="accent1" w:themeShade="BF"/>
                <w:sz w:val="20"/>
                <w:szCs w:val="20"/>
                <w:lang w:val="fr-FR"/>
              </w:rPr>
            </w:pPr>
            <w:r w:rsidRPr="008F505E">
              <w:rPr>
                <w:b/>
                <w:color w:val="365F91" w:themeColor="accent1" w:themeShade="BF"/>
                <w:sz w:val="20"/>
                <w:szCs w:val="20"/>
                <w:lang w:val="fr-FR"/>
              </w:rPr>
              <w:t xml:space="preserve"> 3. 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000000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000000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000000">
            <w:pPr>
              <w:rPr>
                <w:lang w:val="fr-FR"/>
              </w:rPr>
            </w:pPr>
            <w:proofErr w:type="gramStart"/>
            <w:r w:rsidRPr="007050CD">
              <w:rPr>
                <w:b/>
                <w:color w:val="0D5F78"/>
                <w:lang w:val="fr-FR"/>
              </w:rPr>
              <w:t>au</w:t>
            </w:r>
            <w:proofErr w:type="gram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:rsidRPr="008F505E" w14:paraId="503B36F7" w14:textId="77777777" w:rsidTr="008F505E">
        <w:trPr>
          <w:cantSplit/>
          <w:trHeight w:hRule="exact" w:val="227"/>
        </w:trPr>
        <w:tc>
          <w:tcPr>
            <w:tcW w:w="9636" w:type="dxa"/>
            <w:gridSpan w:val="6"/>
            <w:shd w:val="clear" w:color="auto" w:fill="D9D9D9" w:themeFill="background1" w:themeFillShade="D9"/>
          </w:tcPr>
          <w:p w14:paraId="77C80A2C" w14:textId="77777777" w:rsidR="00AD35FD" w:rsidRPr="008F505E" w:rsidRDefault="00000000">
            <w:pPr>
              <w:keepNext/>
              <w:rPr>
                <w:color w:val="365F91" w:themeColor="accent1" w:themeShade="BF"/>
                <w:sz w:val="20"/>
                <w:szCs w:val="20"/>
              </w:rPr>
            </w:pPr>
            <w:r w:rsidRPr="008F505E">
              <w:rPr>
                <w:b/>
                <w:color w:val="365F91" w:themeColor="accent1" w:themeShade="BF"/>
                <w:sz w:val="20"/>
                <w:szCs w:val="20"/>
              </w:rPr>
              <w:t xml:space="preserve"> 4. 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:rsidRPr="00964255" w14:paraId="00876DD1" w14:textId="77777777" w:rsidTr="00964255">
        <w:trPr>
          <w:cantSplit/>
          <w:trHeight w:hRule="exact" w:val="227"/>
        </w:trPr>
        <w:tc>
          <w:tcPr>
            <w:tcW w:w="9636" w:type="dxa"/>
            <w:gridSpan w:val="2"/>
            <w:shd w:val="clear" w:color="auto" w:fill="D9D9D9" w:themeFill="background1" w:themeFillShade="D9"/>
          </w:tcPr>
          <w:p w14:paraId="591472DD" w14:textId="77777777" w:rsidR="00AD35FD" w:rsidRPr="00964255" w:rsidRDefault="00000000">
            <w:pPr>
              <w:keepNext/>
              <w:rPr>
                <w:b/>
                <w:color w:val="365F91" w:themeColor="accent1" w:themeShade="BF"/>
                <w:sz w:val="20"/>
                <w:szCs w:val="20"/>
              </w:rPr>
            </w:pPr>
            <w:r w:rsidRPr="00964255">
              <w:rPr>
                <w:b/>
                <w:color w:val="365F91" w:themeColor="accent1" w:themeShade="BF"/>
                <w:sz w:val="20"/>
                <w:szCs w:val="20"/>
              </w:rPr>
              <w:t xml:space="preserve"> 5. 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000000">
            <w:r>
              <w:rPr>
                <w:b/>
                <w:color w:val="0D5F78"/>
              </w:rPr>
              <w:t>ora</w:t>
            </w:r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:rsidRPr="00964255" w14:paraId="4DA3EAB4" w14:textId="77777777" w:rsidTr="00964255">
        <w:trPr>
          <w:cantSplit/>
          <w:trHeight w:hRule="exact" w:val="227"/>
        </w:trPr>
        <w:tc>
          <w:tcPr>
            <w:tcW w:w="9636" w:type="dxa"/>
            <w:gridSpan w:val="3"/>
            <w:shd w:val="clear" w:color="auto" w:fill="D9D9D9" w:themeFill="background1" w:themeFillShade="D9"/>
          </w:tcPr>
          <w:p w14:paraId="122918AA" w14:textId="77777777" w:rsidR="00AD35FD" w:rsidRPr="00964255" w:rsidRDefault="00000000">
            <w:pPr>
              <w:keepNext/>
              <w:rPr>
                <w:color w:val="365F91" w:themeColor="accent1" w:themeShade="BF"/>
                <w:sz w:val="20"/>
                <w:szCs w:val="20"/>
              </w:rPr>
            </w:pPr>
            <w:r w:rsidRPr="00964255">
              <w:rPr>
                <w:b/>
                <w:color w:val="365F91" w:themeColor="accent1" w:themeShade="BF"/>
                <w:sz w:val="20"/>
                <w:szCs w:val="20"/>
              </w:rPr>
              <w:t xml:space="preserve"> 6. 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000000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000000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000000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p w14:paraId="47015CC9" w14:textId="77777777" w:rsidR="008C4681" w:rsidRDefault="008C4681">
      <w:pPr>
        <w:spacing w:line="168" w:lineRule="auto"/>
      </w:pPr>
    </w:p>
    <w:p w14:paraId="42713CBF" w14:textId="77777777" w:rsidR="008C4681" w:rsidRDefault="008C4681">
      <w:pPr>
        <w:spacing w:line="168" w:lineRule="auto"/>
      </w:pPr>
    </w:p>
    <w:p w14:paraId="279BA767" w14:textId="77777777" w:rsidR="008C4681" w:rsidRDefault="008C4681">
      <w:pPr>
        <w:spacing w:line="168" w:lineRule="auto"/>
      </w:pPr>
    </w:p>
    <w:p w14:paraId="3FC646EA" w14:textId="77777777" w:rsidR="008C4681" w:rsidRDefault="008C4681">
      <w:pPr>
        <w:spacing w:line="168" w:lineRule="auto"/>
      </w:pPr>
    </w:p>
    <w:p w14:paraId="444AE9EC" w14:textId="77777777" w:rsidR="008C4681" w:rsidRDefault="008C4681">
      <w:pPr>
        <w:spacing w:line="168" w:lineRule="auto"/>
      </w:pPr>
    </w:p>
    <w:p w14:paraId="664814DA" w14:textId="77777777" w:rsidR="008C4681" w:rsidRDefault="008C4681">
      <w:pPr>
        <w:spacing w:line="168" w:lineRule="auto"/>
      </w:pPr>
    </w:p>
    <w:p w14:paraId="2E3B29BC" w14:textId="77777777" w:rsidR="008C4681" w:rsidRDefault="008C4681">
      <w:pPr>
        <w:spacing w:line="168" w:lineRule="auto"/>
      </w:pPr>
    </w:p>
    <w:p w14:paraId="0864EE3D" w14:textId="77777777" w:rsidR="008C4681" w:rsidRDefault="008C4681" w:rsidP="008C4681">
      <w:pPr>
        <w:spacing w:line="168" w:lineRule="auto"/>
        <w:rPr>
          <w:lang w:val="fr-FR"/>
        </w:rPr>
      </w:pPr>
    </w:p>
    <w:p w14:paraId="23143CB4" w14:textId="77777777" w:rsidR="008C4681" w:rsidRDefault="008C4681" w:rsidP="008C4681">
      <w:pPr>
        <w:spacing w:line="168" w:lineRule="auto"/>
        <w:rPr>
          <w:lang w:val="fr-FR"/>
        </w:rPr>
      </w:pPr>
    </w:p>
    <w:p w14:paraId="5A69951D" w14:textId="77777777" w:rsidR="008C4681" w:rsidRDefault="008C4681" w:rsidP="008C4681">
      <w:pPr>
        <w:spacing w:line="168" w:lineRule="auto"/>
        <w:rPr>
          <w:lang w:val="fr-FR"/>
        </w:rPr>
      </w:pPr>
    </w:p>
    <w:p w14:paraId="1F8A5D91" w14:textId="77777777" w:rsidR="008C4681" w:rsidRDefault="008C4681" w:rsidP="008C4681">
      <w:pPr>
        <w:spacing w:line="168" w:lineRule="auto"/>
        <w:jc w:val="center"/>
        <w:rPr>
          <w:rFonts w:asciiTheme="majorHAnsi" w:hAnsiTheme="majorHAnsi" w:cstheme="majorHAnsi"/>
          <w:b/>
          <w:bCs/>
          <w:sz w:val="20"/>
          <w:szCs w:val="20"/>
          <w:lang w:val="fr-FR"/>
        </w:rPr>
      </w:pPr>
      <w:r w:rsidRPr="00114BFB">
        <w:rPr>
          <w:rFonts w:asciiTheme="majorHAnsi" w:hAnsiTheme="majorHAnsi" w:cstheme="majorHAnsi"/>
          <w:b/>
          <w:bCs/>
          <w:sz w:val="20"/>
          <w:szCs w:val="20"/>
          <w:lang w:val="fr-FR"/>
        </w:rPr>
        <w:t>DECLARAȚIE</w:t>
      </w:r>
    </w:p>
    <w:p w14:paraId="1A3449F6" w14:textId="77777777" w:rsidR="008C4681" w:rsidRDefault="008C4681" w:rsidP="008C4681">
      <w:pPr>
        <w:spacing w:line="168" w:lineRule="auto"/>
        <w:jc w:val="center"/>
        <w:rPr>
          <w:rFonts w:asciiTheme="majorHAnsi" w:hAnsiTheme="majorHAnsi" w:cstheme="majorHAnsi"/>
          <w:b/>
          <w:bCs/>
          <w:sz w:val="20"/>
          <w:szCs w:val="20"/>
          <w:lang w:val="fr-FR"/>
        </w:rPr>
      </w:pPr>
    </w:p>
    <w:p w14:paraId="63062461" w14:textId="6916D933" w:rsidR="008C4681" w:rsidRDefault="008C4681" w:rsidP="008C4681">
      <w:pPr>
        <w:spacing w:line="312" w:lineRule="auto"/>
        <w:ind w:firstLine="720"/>
        <w:jc w:val="both"/>
        <w:rPr>
          <w:rFonts w:asciiTheme="majorHAnsi" w:hAnsiTheme="majorHAnsi" w:cstheme="majorHAnsi"/>
          <w:b/>
          <w:bCs/>
          <w:sz w:val="20"/>
          <w:szCs w:val="20"/>
          <w:lang w:val="fr-FR"/>
        </w:rPr>
      </w:pPr>
      <w:proofErr w:type="spellStart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Cunoscând</w:t>
      </w:r>
      <w:proofErr w:type="spellEnd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prevederile</w:t>
      </w:r>
      <w:proofErr w:type="spellEnd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art. 326 Cod </w:t>
      </w:r>
      <w:proofErr w:type="spellStart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Penal</w:t>
      </w:r>
      <w:proofErr w:type="spellEnd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, </w:t>
      </w:r>
      <w:proofErr w:type="spellStart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privind</w:t>
      </w:r>
      <w:proofErr w:type="spellEnd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falsul</w:t>
      </w:r>
      <w:proofErr w:type="spellEnd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în</w:t>
      </w:r>
      <w:proofErr w:type="spellEnd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declarații</w:t>
      </w:r>
      <w:proofErr w:type="spellEnd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, </w:t>
      </w:r>
      <w:proofErr w:type="spellStart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declar</w:t>
      </w:r>
      <w:proofErr w:type="spellEnd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pe</w:t>
      </w:r>
      <w:proofErr w:type="spellEnd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propria </w:t>
      </w:r>
      <w:proofErr w:type="spellStart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răspundere</w:t>
      </w:r>
      <w:proofErr w:type="spellEnd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, </w:t>
      </w:r>
      <w:proofErr w:type="spellStart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că</w:t>
      </w:r>
      <w:proofErr w:type="spellEnd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toate</w:t>
      </w:r>
      <w:proofErr w:type="spellEnd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informațiile</w:t>
      </w:r>
      <w:proofErr w:type="spellEnd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furnizate</w:t>
      </w:r>
      <w:proofErr w:type="spellEnd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sunt</w:t>
      </w:r>
      <w:proofErr w:type="spellEnd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complete</w:t>
      </w:r>
      <w:proofErr w:type="spellEnd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și</w:t>
      </w:r>
      <w:proofErr w:type="spellEnd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 w:rsidRPr="00CD42ED">
        <w:rPr>
          <w:rFonts w:asciiTheme="majorHAnsi" w:hAnsiTheme="majorHAnsi" w:cstheme="majorHAnsi"/>
          <w:b/>
          <w:bCs/>
          <w:sz w:val="20"/>
          <w:szCs w:val="20"/>
          <w:lang w:val="fr-FR"/>
        </w:rPr>
        <w:t>adevărate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.</w:t>
      </w:r>
    </w:p>
    <w:p w14:paraId="7DAE780C" w14:textId="77777777" w:rsidR="008C4681" w:rsidRDefault="008C4681" w:rsidP="008C4681">
      <w:pPr>
        <w:spacing w:line="312" w:lineRule="auto"/>
        <w:ind w:firstLine="720"/>
        <w:jc w:val="both"/>
        <w:rPr>
          <w:rFonts w:asciiTheme="majorHAnsi" w:hAnsiTheme="majorHAnsi" w:cstheme="majorHAnsi"/>
          <w:b/>
          <w:bCs/>
          <w:sz w:val="20"/>
          <w:szCs w:val="20"/>
          <w:lang w:val="fr-FR"/>
        </w:rPr>
      </w:pP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Subsemnatul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declar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prin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prezenta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că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am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luat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la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cunoștință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politica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de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Protecție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a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Datelor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Personale,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disponibilă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site-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ul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Primăriei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Municipiului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Satu Mare (</w:t>
      </w:r>
      <w:hyperlink r:id="rId9" w:history="1">
        <w:r w:rsidRPr="00A913E6">
          <w:rPr>
            <w:rStyle w:val="Hyperlink"/>
            <w:rFonts w:asciiTheme="majorHAnsi" w:hAnsiTheme="majorHAnsi" w:cstheme="majorHAnsi"/>
            <w:b/>
            <w:bCs/>
            <w:sz w:val="20"/>
            <w:szCs w:val="20"/>
            <w:lang w:val="fr-FR"/>
          </w:rPr>
          <w:t>https://primariasm.ro/protectia-datelor-personale-page</w:t>
        </w:r>
      </w:hyperlink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)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și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sunt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conștient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/ă de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faptul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că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datele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cu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caracter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personal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sunt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prelucrate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în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scopul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și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pentru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îndeplinirea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atribuțiilor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legale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ale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instituției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.</w:t>
      </w:r>
    </w:p>
    <w:p w14:paraId="29406A42" w14:textId="77777777" w:rsidR="008C4681" w:rsidRDefault="008C4681" w:rsidP="008C4681">
      <w:pPr>
        <w:spacing w:line="312" w:lineRule="auto"/>
        <w:ind w:firstLine="720"/>
        <w:jc w:val="both"/>
        <w:rPr>
          <w:rFonts w:asciiTheme="majorHAnsi" w:hAnsiTheme="majorHAnsi" w:cstheme="majorHAnsi"/>
          <w:b/>
          <w:bCs/>
          <w:sz w:val="20"/>
          <w:szCs w:val="20"/>
          <w:lang w:val="fr-FR"/>
        </w:rPr>
      </w:pPr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Am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luaut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la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cunoștință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că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informațiile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din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cererea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depusă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și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actele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anexate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la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acestea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vor fi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prelucrate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de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Primăria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Municipiului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Satu Mare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cu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respectarea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prevederilor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Regulamentului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(UE) 679/2016,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privind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protecția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persoanelor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fizice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în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ceea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ce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privește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prelucrarea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datelor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cu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caracter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personal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și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libera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circulație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a </w:t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acestor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 xml:space="preserve"> date.</w:t>
      </w:r>
    </w:p>
    <w:p w14:paraId="2739303B" w14:textId="77777777" w:rsidR="008C4681" w:rsidRDefault="008C4681" w:rsidP="008C4681">
      <w:pPr>
        <w:spacing w:line="312" w:lineRule="auto"/>
        <w:jc w:val="both"/>
        <w:rPr>
          <w:rFonts w:asciiTheme="majorHAnsi" w:hAnsiTheme="majorHAnsi" w:cstheme="majorHAnsi"/>
          <w:b/>
          <w:bCs/>
          <w:sz w:val="20"/>
          <w:szCs w:val="20"/>
          <w:lang w:val="fr-FR"/>
        </w:rPr>
      </w:pPr>
    </w:p>
    <w:p w14:paraId="57FC217F" w14:textId="77777777" w:rsidR="008C4681" w:rsidRDefault="008C4681" w:rsidP="008C4681">
      <w:pPr>
        <w:spacing w:line="312" w:lineRule="auto"/>
        <w:jc w:val="both"/>
        <w:rPr>
          <w:rFonts w:asciiTheme="majorHAnsi" w:hAnsiTheme="majorHAnsi" w:cstheme="majorHAnsi"/>
          <w:b/>
          <w:bCs/>
          <w:sz w:val="20"/>
          <w:szCs w:val="20"/>
          <w:lang w:val="fr-FR"/>
        </w:rPr>
      </w:pPr>
    </w:p>
    <w:p w14:paraId="7E9DEBB6" w14:textId="77777777" w:rsidR="008C4681" w:rsidRDefault="008C4681" w:rsidP="008C4681">
      <w:pPr>
        <w:spacing w:line="312" w:lineRule="auto"/>
        <w:jc w:val="both"/>
        <w:rPr>
          <w:rFonts w:asciiTheme="majorHAnsi" w:hAnsiTheme="majorHAnsi" w:cstheme="majorHAnsi"/>
          <w:b/>
          <w:bCs/>
          <w:sz w:val="20"/>
          <w:szCs w:val="20"/>
          <w:lang w:val="fr-FR"/>
        </w:rPr>
      </w:pPr>
    </w:p>
    <w:p w14:paraId="0B689883" w14:textId="77777777" w:rsidR="008C4681" w:rsidRDefault="008C4681" w:rsidP="008C4681">
      <w:pPr>
        <w:spacing w:line="312" w:lineRule="auto"/>
        <w:jc w:val="both"/>
        <w:rPr>
          <w:rFonts w:asciiTheme="majorHAnsi" w:hAnsiTheme="majorHAnsi" w:cstheme="majorHAnsi"/>
          <w:b/>
          <w:bCs/>
          <w:sz w:val="20"/>
          <w:szCs w:val="20"/>
          <w:lang w:val="fr-FR"/>
        </w:rPr>
      </w:pPr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Data : _______________________</w:t>
      </w:r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ab/>
      </w:r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ab/>
      </w:r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ab/>
      </w:r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ab/>
      </w:r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ab/>
      </w:r>
      <w:proofErr w:type="spellStart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Semnătura</w:t>
      </w:r>
      <w:proofErr w:type="spellEnd"/>
      <w:r>
        <w:rPr>
          <w:rFonts w:asciiTheme="majorHAnsi" w:hAnsiTheme="majorHAnsi" w:cstheme="majorHAnsi"/>
          <w:b/>
          <w:bCs/>
          <w:sz w:val="20"/>
          <w:szCs w:val="20"/>
          <w:lang w:val="fr-FR"/>
        </w:rPr>
        <w:t> : ________________________</w:t>
      </w:r>
    </w:p>
    <w:p w14:paraId="46AF8293" w14:textId="77777777" w:rsidR="008C4681" w:rsidRPr="00CD42ED" w:rsidRDefault="008C4681" w:rsidP="008C4681">
      <w:pPr>
        <w:spacing w:line="312" w:lineRule="auto"/>
        <w:jc w:val="both"/>
        <w:rPr>
          <w:rFonts w:asciiTheme="majorHAnsi" w:hAnsiTheme="majorHAnsi" w:cstheme="majorHAnsi"/>
          <w:b/>
          <w:bCs/>
          <w:sz w:val="20"/>
          <w:szCs w:val="20"/>
          <w:lang w:val="fr-FR"/>
        </w:rPr>
      </w:pPr>
    </w:p>
    <w:p w14:paraId="1FA3FA41" w14:textId="77777777" w:rsidR="008C4681" w:rsidRDefault="008C4681">
      <w:pPr>
        <w:spacing w:line="168" w:lineRule="auto"/>
      </w:pPr>
    </w:p>
    <w:sectPr w:rsidR="008C4681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6F3BE" w14:textId="77777777" w:rsidR="002568BE" w:rsidRDefault="002568BE">
      <w:r>
        <w:separator/>
      </w:r>
    </w:p>
  </w:endnote>
  <w:endnote w:type="continuationSeparator" w:id="0">
    <w:p w14:paraId="47DE131D" w14:textId="77777777" w:rsidR="002568BE" w:rsidRDefault="00256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000000">
    <w:pPr>
      <w:pStyle w:val="Footer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B06B5" w14:textId="77777777" w:rsidR="002568BE" w:rsidRDefault="002568BE">
      <w:r>
        <w:separator/>
      </w:r>
    </w:p>
  </w:footnote>
  <w:footnote w:type="continuationSeparator" w:id="0">
    <w:p w14:paraId="003B211F" w14:textId="77777777" w:rsidR="002568BE" w:rsidRDefault="002568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6E6F"/>
    <w:rsid w:val="002568BE"/>
    <w:rsid w:val="0029639D"/>
    <w:rsid w:val="00326F90"/>
    <w:rsid w:val="004E43FE"/>
    <w:rsid w:val="005E6036"/>
    <w:rsid w:val="006C103E"/>
    <w:rsid w:val="007050CD"/>
    <w:rsid w:val="008C4681"/>
    <w:rsid w:val="008E3393"/>
    <w:rsid w:val="008F505E"/>
    <w:rsid w:val="00964255"/>
    <w:rsid w:val="00AA1D8D"/>
    <w:rsid w:val="00AD35FD"/>
    <w:rsid w:val="00B47730"/>
    <w:rsid w:val="00B769B5"/>
    <w:rsid w:val="00CB0664"/>
    <w:rsid w:val="00CE0913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C46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imariasm.ro/protectia-datelor-personale-p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415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Armos</dc:creator>
  <cp:keywords/>
  <cp:lastModifiedBy>Attila Armos</cp:lastModifiedBy>
  <cp:revision>2</cp:revision>
  <dcterms:created xsi:type="dcterms:W3CDTF">2026-09-25T11:13:00Z</dcterms:created>
  <dcterms:modified xsi:type="dcterms:W3CDTF">2026-09-25T11:13:00Z</dcterms:modified>
  <cp:category/>
</cp:coreProperties>
</file>